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A7D95" w14:textId="77777777" w:rsidR="00A72811" w:rsidRDefault="00A72811" w:rsidP="00B42033">
      <w:pPr>
        <w:spacing w:before="240"/>
        <w:jc w:val="center"/>
        <w:rPr>
          <w:b/>
          <w:lang w:val="ru-RU"/>
        </w:rPr>
      </w:pPr>
      <w:r w:rsidRPr="00B42033">
        <w:rPr>
          <w:b/>
          <w:lang w:val="ru-RU"/>
        </w:rPr>
        <w:t>Политика в отношении обработки персональных данных</w:t>
      </w:r>
    </w:p>
    <w:p w14:paraId="542080CA" w14:textId="32FE4E3D" w:rsidR="00332A95" w:rsidRPr="00B42033" w:rsidRDefault="001132F6" w:rsidP="00B42033">
      <w:pPr>
        <w:spacing w:before="240"/>
        <w:jc w:val="center"/>
        <w:rPr>
          <w:b/>
          <w:lang w:val="ru-RU"/>
        </w:rPr>
      </w:pPr>
      <w:r w:rsidRPr="001132F6">
        <w:rPr>
          <w:b/>
          <w:lang w:val="ru-RU"/>
        </w:rPr>
        <w:t>Частное образовательное учреждение Дополнительного профессионального образования «Центр профессионального образования»</w:t>
      </w:r>
    </w:p>
    <w:p w14:paraId="7DF9A00B" w14:textId="77777777" w:rsidR="00A239EE" w:rsidRPr="00BB64BB" w:rsidRDefault="00A861C4" w:rsidP="00294B97">
      <w:pPr>
        <w:pStyle w:val="1"/>
        <w:spacing w:before="240"/>
        <w:jc w:val="center"/>
        <w:rPr>
          <w:rFonts w:ascii="Times New Roman" w:hAnsi="Times New Roman" w:cs="Times New Roman"/>
          <w:lang w:val="ru-RU"/>
        </w:rPr>
      </w:pPr>
      <w:r w:rsidRPr="00BB64BB">
        <w:rPr>
          <w:rFonts w:ascii="Times New Roman" w:hAnsi="Times New Roman" w:cs="Times New Roman"/>
          <w:color w:val="auto"/>
          <w:lang w:val="ru-RU"/>
        </w:rPr>
        <w:t>1. Общие положения</w:t>
      </w:r>
    </w:p>
    <w:p w14:paraId="6C7DBDF4" w14:textId="1E53157B" w:rsidR="00A239EE" w:rsidRPr="00BB64BB" w:rsidRDefault="00A861C4" w:rsidP="00B42033">
      <w:pPr>
        <w:spacing w:before="240"/>
        <w:ind w:firstLine="284"/>
        <w:jc w:val="both"/>
        <w:rPr>
          <w:rFonts w:cs="Times New Roman"/>
          <w:szCs w:val="28"/>
          <w:lang w:val="ru-RU"/>
        </w:rPr>
      </w:pPr>
      <w:r w:rsidRPr="00BB64BB">
        <w:rPr>
          <w:rFonts w:cs="Times New Roman"/>
          <w:szCs w:val="28"/>
          <w:lang w:val="ru-RU"/>
        </w:rPr>
        <w:t xml:space="preserve">Настоящая Политика оператора в отношении обработки персональных данных (далее — Политика) разработана в соответствии с требованиями законодательства Российской Федерации в области персональных данных и направлена на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Оператором персональных данных является </w:t>
      </w:r>
      <w:r w:rsidR="001132F6" w:rsidRPr="001132F6">
        <w:rPr>
          <w:b/>
          <w:lang w:val="ru-RU"/>
        </w:rPr>
        <w:t>Частное образовательное учреждение Дополнительного профессионального образования «Центр профессионального образования»</w:t>
      </w:r>
      <w:r w:rsidRPr="00BB64BB">
        <w:rPr>
          <w:rFonts w:cs="Times New Roman"/>
          <w:szCs w:val="28"/>
          <w:lang w:val="ru-RU"/>
        </w:rPr>
        <w:t>, осуществляющи</w:t>
      </w:r>
      <w:r w:rsidR="001132F6">
        <w:rPr>
          <w:rFonts w:cs="Times New Roman"/>
          <w:szCs w:val="28"/>
          <w:lang w:val="ru-RU"/>
        </w:rPr>
        <w:t>е</w:t>
      </w:r>
      <w:r w:rsidRPr="00BB64BB">
        <w:rPr>
          <w:rFonts w:cs="Times New Roman"/>
          <w:szCs w:val="28"/>
          <w:lang w:val="ru-RU"/>
        </w:rPr>
        <w:t xml:space="preserve"> образовательную деятельность в соответствии с уставом и иными нормативными правовыми актами.</w:t>
      </w:r>
    </w:p>
    <w:p w14:paraId="2EED3280" w14:textId="77777777" w:rsidR="00B42033" w:rsidRPr="00294B97" w:rsidRDefault="00A861C4" w:rsidP="00294B97">
      <w:pPr>
        <w:spacing w:before="240"/>
        <w:jc w:val="both"/>
        <w:rPr>
          <w:rFonts w:cs="Times New Roman"/>
          <w:bCs/>
          <w:szCs w:val="28"/>
          <w:lang w:val="ru-RU"/>
        </w:rPr>
      </w:pPr>
      <w:r w:rsidRPr="00294B97">
        <w:rPr>
          <w:rFonts w:cs="Times New Roman"/>
          <w:bCs/>
          <w:szCs w:val="28"/>
          <w:lang w:val="ru-RU"/>
        </w:rPr>
        <w:t>В настоящей Политике используются следующие основные понятия:</w:t>
      </w:r>
    </w:p>
    <w:p w14:paraId="5CB731E3" w14:textId="77777777" w:rsidR="00B42033" w:rsidRPr="00B42033" w:rsidRDefault="00A861C4" w:rsidP="00B42033">
      <w:pPr>
        <w:pStyle w:val="ae"/>
        <w:numPr>
          <w:ilvl w:val="0"/>
          <w:numId w:val="35"/>
        </w:numPr>
        <w:spacing w:before="240"/>
        <w:ind w:left="0" w:firstLine="426"/>
        <w:jc w:val="both"/>
        <w:rPr>
          <w:rFonts w:cs="Times New Roman"/>
          <w:szCs w:val="28"/>
          <w:lang w:val="ru-RU"/>
        </w:rPr>
      </w:pPr>
      <w:r w:rsidRPr="00B42033">
        <w:rPr>
          <w:rFonts w:cs="Times New Roman"/>
          <w:szCs w:val="28"/>
          <w:lang w:val="ru-RU"/>
        </w:rPr>
        <w:t>персональные данные — любая информация, относящаяся к прямо или косвенно определенному или определяемому физическому лицу;</w:t>
      </w:r>
    </w:p>
    <w:p w14:paraId="7B01C60D" w14:textId="616B1206" w:rsidR="00B42033" w:rsidRPr="00B42033" w:rsidRDefault="00A861C4" w:rsidP="00B42033">
      <w:pPr>
        <w:pStyle w:val="ae"/>
        <w:numPr>
          <w:ilvl w:val="0"/>
          <w:numId w:val="35"/>
        </w:numPr>
        <w:spacing w:before="240"/>
        <w:ind w:left="0" w:firstLine="426"/>
        <w:jc w:val="both"/>
        <w:rPr>
          <w:rFonts w:cs="Times New Roman"/>
          <w:szCs w:val="28"/>
          <w:lang w:val="ru-RU"/>
        </w:rPr>
      </w:pPr>
      <w:r w:rsidRPr="00B42033">
        <w:rPr>
          <w:rFonts w:cs="Times New Roman"/>
          <w:szCs w:val="28"/>
          <w:lang w:val="ru-RU"/>
        </w:rPr>
        <w:t xml:space="preserve">оператор — </w:t>
      </w:r>
      <w:r w:rsidR="001132F6" w:rsidRPr="001132F6">
        <w:rPr>
          <w:b/>
          <w:lang w:val="ru-RU"/>
        </w:rPr>
        <w:t>Частное образовательное учреждение Дополнительного профессионального образования «Центр профессионального образования»</w:t>
      </w:r>
      <w:r w:rsidR="001132F6">
        <w:rPr>
          <w:b/>
          <w:lang w:val="ru-RU"/>
        </w:rPr>
        <w:t xml:space="preserve"> (</w:t>
      </w:r>
      <w:r w:rsidR="001132F6" w:rsidRPr="001132F6">
        <w:rPr>
          <w:rFonts w:cs="Times New Roman"/>
          <w:b/>
          <w:bCs/>
          <w:iCs/>
          <w:szCs w:val="28"/>
          <w:lang w:val="ru-RU"/>
        </w:rPr>
        <w:t>ЧОУ ДПО «Центр профессионального образования»</w:t>
      </w:r>
      <w:r w:rsidR="001132F6">
        <w:rPr>
          <w:b/>
          <w:lang w:val="ru-RU"/>
        </w:rPr>
        <w:t>)</w:t>
      </w:r>
      <w:r w:rsidRPr="00B42033">
        <w:rPr>
          <w:rFonts w:cs="Times New Roman"/>
          <w:szCs w:val="28"/>
          <w:lang w:val="ru-RU"/>
        </w:rPr>
        <w:t>, самостоятельно или совместно с другими лицами организующий и (или) осуществляющий обработку персональных данных;</w:t>
      </w:r>
    </w:p>
    <w:p w14:paraId="0E17D2D8" w14:textId="77777777" w:rsidR="00B42033" w:rsidRPr="00B42033" w:rsidRDefault="00A861C4" w:rsidP="00B42033">
      <w:pPr>
        <w:pStyle w:val="ae"/>
        <w:numPr>
          <w:ilvl w:val="0"/>
          <w:numId w:val="35"/>
        </w:numPr>
        <w:spacing w:before="240"/>
        <w:ind w:left="0" w:firstLine="426"/>
        <w:jc w:val="both"/>
        <w:rPr>
          <w:rFonts w:cs="Times New Roman"/>
          <w:szCs w:val="28"/>
          <w:lang w:val="ru-RU"/>
        </w:rPr>
      </w:pPr>
      <w:r w:rsidRPr="00B42033">
        <w:rPr>
          <w:rFonts w:cs="Times New Roman"/>
          <w:szCs w:val="28"/>
          <w:lang w:val="ru-RU"/>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их использования;</w:t>
      </w:r>
    </w:p>
    <w:p w14:paraId="43004E28" w14:textId="77777777" w:rsidR="00B42033" w:rsidRPr="00B42033" w:rsidRDefault="00A861C4" w:rsidP="00B42033">
      <w:pPr>
        <w:pStyle w:val="ae"/>
        <w:numPr>
          <w:ilvl w:val="0"/>
          <w:numId w:val="35"/>
        </w:numPr>
        <w:spacing w:before="240"/>
        <w:ind w:left="0" w:firstLine="426"/>
        <w:jc w:val="both"/>
        <w:rPr>
          <w:rFonts w:cs="Times New Roman"/>
          <w:szCs w:val="28"/>
          <w:lang w:val="ru-RU"/>
        </w:rPr>
      </w:pPr>
      <w:r w:rsidRPr="00B42033">
        <w:rPr>
          <w:rFonts w:cs="Times New Roman"/>
          <w:szCs w:val="28"/>
          <w:lang w:val="ru-RU"/>
        </w:rPr>
        <w:t>субъект персональных данных — физическое лицо, к которому относятся персональные данные;</w:t>
      </w:r>
    </w:p>
    <w:p w14:paraId="7DC33C61" w14:textId="77777777" w:rsidR="00B42033" w:rsidRDefault="00A861C4" w:rsidP="00B42033">
      <w:pPr>
        <w:pStyle w:val="ae"/>
        <w:numPr>
          <w:ilvl w:val="0"/>
          <w:numId w:val="35"/>
        </w:numPr>
        <w:spacing w:before="240"/>
        <w:ind w:left="0" w:firstLine="426"/>
        <w:jc w:val="both"/>
        <w:rPr>
          <w:rFonts w:cs="Times New Roman"/>
          <w:szCs w:val="28"/>
          <w:lang w:val="ru-RU"/>
        </w:rPr>
      </w:pPr>
      <w:r w:rsidRPr="00B42033">
        <w:rPr>
          <w:rFonts w:cs="Times New Roman"/>
          <w:szCs w:val="28"/>
          <w:lang w:val="ru-RU"/>
        </w:rPr>
        <w:t>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w:t>
      </w:r>
    </w:p>
    <w:p w14:paraId="2EA07218" w14:textId="7F144D88" w:rsidR="000B1758" w:rsidRPr="00294B97" w:rsidRDefault="00A861C4" w:rsidP="001132F6">
      <w:pPr>
        <w:spacing w:before="240"/>
        <w:jc w:val="both"/>
        <w:rPr>
          <w:rFonts w:cs="Times New Roman"/>
          <w:bCs/>
          <w:szCs w:val="28"/>
          <w:lang w:val="ru-RU"/>
        </w:rPr>
      </w:pPr>
      <w:r w:rsidRPr="00294B97">
        <w:rPr>
          <w:rFonts w:cs="Times New Roman"/>
          <w:bCs/>
          <w:szCs w:val="28"/>
          <w:lang w:val="ru-RU"/>
        </w:rPr>
        <w:lastRenderedPageBreak/>
        <w:t>Оператор обязан:</w:t>
      </w:r>
    </w:p>
    <w:p w14:paraId="5C45D13E" w14:textId="77777777" w:rsidR="00B42033" w:rsidRDefault="00A861C4" w:rsidP="001132F6">
      <w:pPr>
        <w:spacing w:before="240"/>
        <w:jc w:val="both"/>
        <w:rPr>
          <w:rFonts w:cs="Times New Roman"/>
          <w:szCs w:val="28"/>
          <w:lang w:val="ru-RU"/>
        </w:rPr>
      </w:pPr>
      <w:r w:rsidRPr="00BB64BB">
        <w:rPr>
          <w:rFonts w:cs="Times New Roman"/>
          <w:szCs w:val="28"/>
          <w:lang w:val="ru-RU"/>
        </w:rPr>
        <w:t xml:space="preserve">- предоставлять субъекту персональных данных по его запросу информацию, касающуюся обработки его персональных </w:t>
      </w:r>
      <w:proofErr w:type="gramStart"/>
      <w:r w:rsidRPr="00BB64BB">
        <w:rPr>
          <w:rFonts w:cs="Times New Roman"/>
          <w:szCs w:val="28"/>
          <w:lang w:val="ru-RU"/>
        </w:rPr>
        <w:t>данных;</w:t>
      </w:r>
      <w:r w:rsidRPr="00BB64BB">
        <w:rPr>
          <w:rFonts w:cs="Times New Roman"/>
          <w:szCs w:val="28"/>
          <w:lang w:val="ru-RU"/>
        </w:rPr>
        <w:br/>
        <w:t>-</w:t>
      </w:r>
      <w:proofErr w:type="gramEnd"/>
      <w:r w:rsidRPr="00BB64BB">
        <w:rPr>
          <w:rFonts w:cs="Times New Roman"/>
          <w:szCs w:val="28"/>
          <w:lang w:val="ru-RU"/>
        </w:rPr>
        <w:t xml:space="preserve"> обеспечивать безопасность персональных данных при их обработке;</w:t>
      </w:r>
      <w:r w:rsidRPr="00BB64BB">
        <w:rPr>
          <w:rFonts w:cs="Times New Roman"/>
          <w:szCs w:val="28"/>
          <w:lang w:val="ru-RU"/>
        </w:rPr>
        <w:br/>
        <w:t>- публиковать или иным образом обеспечивать неограниченный доступ к настоящей Политике.</w:t>
      </w:r>
    </w:p>
    <w:p w14:paraId="7D791F25" w14:textId="03D9C610" w:rsidR="00B42033" w:rsidRPr="00294B97" w:rsidRDefault="00A861C4" w:rsidP="001132F6">
      <w:pPr>
        <w:spacing w:before="240"/>
        <w:jc w:val="both"/>
        <w:rPr>
          <w:rFonts w:cs="Times New Roman"/>
          <w:bCs/>
          <w:szCs w:val="28"/>
          <w:lang w:val="ru-RU"/>
        </w:rPr>
      </w:pPr>
      <w:r w:rsidRPr="00294B97">
        <w:rPr>
          <w:rFonts w:cs="Times New Roman"/>
          <w:bCs/>
          <w:szCs w:val="28"/>
          <w:lang w:val="ru-RU"/>
        </w:rPr>
        <w:t>Субъекты персональных данных имеют право:</w:t>
      </w:r>
    </w:p>
    <w:p w14:paraId="2AACD6AA" w14:textId="77777777" w:rsidR="00A239EE" w:rsidRDefault="00B42033" w:rsidP="001132F6">
      <w:pPr>
        <w:spacing w:before="240"/>
        <w:jc w:val="both"/>
        <w:rPr>
          <w:rFonts w:cs="Times New Roman"/>
          <w:szCs w:val="28"/>
          <w:lang w:val="ru-RU"/>
        </w:rPr>
      </w:pPr>
      <w:r>
        <w:rPr>
          <w:rFonts w:cs="Times New Roman"/>
          <w:szCs w:val="28"/>
          <w:lang w:val="ru-RU"/>
        </w:rPr>
        <w:t xml:space="preserve">- </w:t>
      </w:r>
      <w:r w:rsidR="00A861C4" w:rsidRPr="00BB64BB">
        <w:rPr>
          <w:rFonts w:cs="Times New Roman"/>
          <w:szCs w:val="28"/>
          <w:lang w:val="ru-RU"/>
        </w:rPr>
        <w:t xml:space="preserve">получать информацию, касающуюся обработки их персональных </w:t>
      </w:r>
      <w:proofErr w:type="gramStart"/>
      <w:r w:rsidR="00A861C4" w:rsidRPr="00BB64BB">
        <w:rPr>
          <w:rFonts w:cs="Times New Roman"/>
          <w:szCs w:val="28"/>
          <w:lang w:val="ru-RU"/>
        </w:rPr>
        <w:t>данных;</w:t>
      </w:r>
      <w:r w:rsidR="00A861C4" w:rsidRPr="00BB64BB">
        <w:rPr>
          <w:rFonts w:cs="Times New Roman"/>
          <w:szCs w:val="28"/>
          <w:lang w:val="ru-RU"/>
        </w:rPr>
        <w:br/>
        <w:t>-</w:t>
      </w:r>
      <w:proofErr w:type="gramEnd"/>
      <w:r w:rsidR="00A861C4" w:rsidRPr="00BB64BB">
        <w:rPr>
          <w:rFonts w:cs="Times New Roman"/>
          <w:szCs w:val="28"/>
          <w:lang w:val="ru-RU"/>
        </w:rPr>
        <w:t xml:space="preserve"> требовать уточнения, блокирования или уничтожения их персональных данных в случае, если они являются неполными, устаревшими, неточными или не являются необходимыми для заявленных целей обработки.</w:t>
      </w:r>
    </w:p>
    <w:p w14:paraId="43B3F3ED" w14:textId="77777777" w:rsidR="00166F84" w:rsidRDefault="00166F84" w:rsidP="00294B97">
      <w:pPr>
        <w:pStyle w:val="1"/>
        <w:spacing w:before="240"/>
        <w:jc w:val="center"/>
        <w:rPr>
          <w:rFonts w:ascii="Times New Roman" w:hAnsi="Times New Roman" w:cs="Times New Roman"/>
          <w:color w:val="auto"/>
          <w:lang w:val="ru-RU"/>
        </w:rPr>
      </w:pPr>
      <w:r w:rsidRPr="00166F84">
        <w:rPr>
          <w:rFonts w:ascii="Times New Roman" w:hAnsi="Times New Roman" w:cs="Times New Roman"/>
          <w:color w:val="auto"/>
          <w:lang w:val="ru-RU"/>
        </w:rPr>
        <w:t>2.</w:t>
      </w:r>
      <w:r>
        <w:rPr>
          <w:rFonts w:ascii="Times New Roman" w:hAnsi="Times New Roman" w:cs="Times New Roman"/>
          <w:color w:val="auto"/>
          <w:lang w:val="ru-RU"/>
        </w:rPr>
        <w:t xml:space="preserve"> </w:t>
      </w:r>
      <w:r w:rsidRPr="00166F84">
        <w:rPr>
          <w:rFonts w:ascii="Times New Roman" w:hAnsi="Times New Roman" w:cs="Times New Roman"/>
          <w:color w:val="auto"/>
          <w:lang w:val="ru-RU"/>
        </w:rPr>
        <w:t>Цели сбора персональных данных</w:t>
      </w:r>
    </w:p>
    <w:p w14:paraId="69A19F77" w14:textId="77777777" w:rsidR="00AA354F" w:rsidRPr="00AA354F" w:rsidRDefault="00AA354F" w:rsidP="00AA354F">
      <w:pPr>
        <w:rPr>
          <w:lang w:val="ru-RU"/>
        </w:rPr>
      </w:pPr>
      <w:r w:rsidRPr="00AA354F">
        <w:rPr>
          <w:lang w:val="ru-RU"/>
        </w:rPr>
        <w:t>Персональные данные Субъектов Оператор может использовать в следующих целях:</w:t>
      </w:r>
    </w:p>
    <w:p w14:paraId="786F864C" w14:textId="77777777" w:rsidR="00AA354F" w:rsidRPr="001132F6" w:rsidRDefault="00AA354F" w:rsidP="001132F6">
      <w:pPr>
        <w:jc w:val="both"/>
        <w:rPr>
          <w:lang w:val="ru-RU"/>
        </w:rPr>
      </w:pPr>
      <w:r w:rsidRPr="001132F6">
        <w:rPr>
          <w:lang w:val="ru-RU"/>
        </w:rPr>
        <w:t xml:space="preserve">3.1. Оказание Услуг, в том числе, образовательных, предоставление Сервисов в ходе исполнения Оператором соглашений и договоров, заключенных с самим Субъектом </w:t>
      </w:r>
      <w:proofErr w:type="spellStart"/>
      <w:r w:rsidRPr="001132F6">
        <w:rPr>
          <w:lang w:val="ru-RU"/>
        </w:rPr>
        <w:t>ПДн</w:t>
      </w:r>
      <w:proofErr w:type="spellEnd"/>
      <w:r w:rsidRPr="001132F6">
        <w:rPr>
          <w:lang w:val="ru-RU"/>
        </w:rPr>
        <w:t xml:space="preserve"> или с юридическим лицом, от имени которого Субъект </w:t>
      </w:r>
      <w:proofErr w:type="spellStart"/>
      <w:r w:rsidRPr="001132F6">
        <w:rPr>
          <w:lang w:val="ru-RU"/>
        </w:rPr>
        <w:t>ПДн</w:t>
      </w:r>
      <w:proofErr w:type="spellEnd"/>
      <w:r w:rsidRPr="001132F6">
        <w:rPr>
          <w:lang w:val="ru-RU"/>
        </w:rPr>
        <w:t xml:space="preserve"> заключил и исполняет указанные соглашения и договоры;</w:t>
      </w:r>
    </w:p>
    <w:p w14:paraId="69800B4A" w14:textId="32F87566" w:rsidR="00AA354F" w:rsidRPr="001132F6" w:rsidRDefault="00AA354F" w:rsidP="001132F6">
      <w:pPr>
        <w:jc w:val="both"/>
        <w:rPr>
          <w:lang w:val="ru-RU"/>
        </w:rPr>
      </w:pPr>
      <w:r w:rsidRPr="001132F6">
        <w:rPr>
          <w:lang w:val="ru-RU"/>
        </w:rPr>
        <w:t>3.2. Идентификация стороны в рамках</w:t>
      </w:r>
      <w:r w:rsidR="00C70D77" w:rsidRPr="001132F6">
        <w:rPr>
          <w:lang w:val="ru-RU"/>
        </w:rPr>
        <w:t xml:space="preserve"> использования</w:t>
      </w:r>
      <w:r w:rsidRPr="001132F6">
        <w:rPr>
          <w:lang w:val="ru-RU"/>
        </w:rPr>
        <w:t xml:space="preserve"> Сервисов, соглашений и договоров, заключенных Оператором, в том числе идентификация Пользователя, зарегистрированного на </w:t>
      </w:r>
      <w:r w:rsidRPr="001132F6">
        <w:t>web</w:t>
      </w:r>
      <w:r w:rsidRPr="001132F6">
        <w:rPr>
          <w:lang w:val="ru-RU"/>
        </w:rPr>
        <w:t>-</w:t>
      </w:r>
      <w:r w:rsidRPr="001132F6">
        <w:t>c</w:t>
      </w:r>
      <w:proofErr w:type="spellStart"/>
      <w:r w:rsidRPr="001132F6">
        <w:rPr>
          <w:lang w:val="ru-RU"/>
        </w:rPr>
        <w:t>айте</w:t>
      </w:r>
      <w:proofErr w:type="spellEnd"/>
      <w:r w:rsidRPr="001132F6">
        <w:rPr>
          <w:lang w:val="ru-RU"/>
        </w:rPr>
        <w:t>;</w:t>
      </w:r>
    </w:p>
    <w:p w14:paraId="703E157C" w14:textId="5BE62808" w:rsidR="00AA354F" w:rsidRPr="001132F6" w:rsidRDefault="00AA354F" w:rsidP="001132F6">
      <w:pPr>
        <w:jc w:val="both"/>
        <w:rPr>
          <w:lang w:val="ru-RU"/>
        </w:rPr>
      </w:pPr>
      <w:r w:rsidRPr="001132F6">
        <w:rPr>
          <w:lang w:val="ru-RU"/>
        </w:rPr>
        <w:t xml:space="preserve">3.3. Регистрация Пользователей с целью получения доступа к персонализированным ресурсам </w:t>
      </w:r>
      <w:r w:rsidRPr="001132F6">
        <w:t>web</w:t>
      </w:r>
      <w:r w:rsidRPr="001132F6">
        <w:rPr>
          <w:lang w:val="ru-RU"/>
        </w:rPr>
        <w:t xml:space="preserve"> - сайта </w:t>
      </w:r>
      <w:r w:rsidR="00C70D77" w:rsidRPr="001132F6">
        <w:rPr>
          <w:lang w:val="ru-RU"/>
        </w:rPr>
        <w:t>О</w:t>
      </w:r>
      <w:r w:rsidRPr="001132F6">
        <w:rPr>
          <w:lang w:val="ru-RU"/>
        </w:rPr>
        <w:t>ператора;</w:t>
      </w:r>
    </w:p>
    <w:p w14:paraId="18CB1CB4" w14:textId="77777777" w:rsidR="00AA354F" w:rsidRPr="001132F6" w:rsidRDefault="00AA354F" w:rsidP="001132F6">
      <w:pPr>
        <w:jc w:val="both"/>
        <w:rPr>
          <w:lang w:val="ru-RU"/>
        </w:rPr>
      </w:pPr>
      <w:r w:rsidRPr="001132F6">
        <w:rPr>
          <w:lang w:val="ru-RU"/>
        </w:rPr>
        <w:t xml:space="preserve">3.4. Предоставление Пользователю доступа к персонализированным ресурсам </w:t>
      </w:r>
      <w:r w:rsidRPr="001132F6">
        <w:t>web</w:t>
      </w:r>
      <w:r w:rsidRPr="001132F6">
        <w:rPr>
          <w:lang w:val="ru-RU"/>
        </w:rPr>
        <w:t xml:space="preserve"> сайта оператора;</w:t>
      </w:r>
    </w:p>
    <w:p w14:paraId="4318D32C" w14:textId="77777777" w:rsidR="00AA354F" w:rsidRPr="001132F6" w:rsidRDefault="00AA354F" w:rsidP="001132F6">
      <w:pPr>
        <w:jc w:val="both"/>
        <w:rPr>
          <w:lang w:val="ru-RU"/>
        </w:rPr>
      </w:pPr>
      <w:r w:rsidRPr="001132F6">
        <w:rPr>
          <w:lang w:val="ru-RU"/>
        </w:rPr>
        <w:t>3.5. Предоставления Пользователю эффективной клиентской и технической поддержки;</w:t>
      </w:r>
    </w:p>
    <w:p w14:paraId="2A6A1827" w14:textId="71B0C978" w:rsidR="00AA354F" w:rsidRPr="001132F6" w:rsidRDefault="00AA354F" w:rsidP="001132F6">
      <w:pPr>
        <w:jc w:val="both"/>
        <w:rPr>
          <w:lang w:val="ru-RU"/>
        </w:rPr>
      </w:pPr>
      <w:r w:rsidRPr="001132F6">
        <w:rPr>
          <w:lang w:val="ru-RU"/>
        </w:rPr>
        <w:t xml:space="preserve">3.6. Продвижение и контроль качества оказываемых услуг, предоставляемых </w:t>
      </w:r>
      <w:r w:rsidR="00C70D77" w:rsidRPr="001132F6">
        <w:rPr>
          <w:lang w:val="ru-RU"/>
        </w:rPr>
        <w:t>оператором</w:t>
      </w:r>
      <w:r w:rsidRPr="001132F6">
        <w:rPr>
          <w:lang w:val="ru-RU"/>
        </w:rPr>
        <w:t>, удобства их использования, разработка новых сервисов и продуктов;</w:t>
      </w:r>
    </w:p>
    <w:p w14:paraId="432D497D" w14:textId="77777777" w:rsidR="00AA354F" w:rsidRPr="001132F6" w:rsidRDefault="00AA354F" w:rsidP="001132F6">
      <w:pPr>
        <w:jc w:val="both"/>
        <w:rPr>
          <w:lang w:val="ru-RU"/>
        </w:rPr>
      </w:pPr>
      <w:r w:rsidRPr="001132F6">
        <w:rPr>
          <w:lang w:val="ru-RU"/>
        </w:rPr>
        <w:lastRenderedPageBreak/>
        <w:t>3.7. Предоставление Субъекту персональных данных информации об оказываемых Оператором Услугах, о разработке Оператором новых продуктов и Услуг;</w:t>
      </w:r>
    </w:p>
    <w:p w14:paraId="3B691887" w14:textId="77777777" w:rsidR="00AA354F" w:rsidRPr="001132F6" w:rsidRDefault="00AA354F" w:rsidP="001132F6">
      <w:pPr>
        <w:jc w:val="both"/>
        <w:rPr>
          <w:lang w:val="ru-RU"/>
        </w:rPr>
      </w:pPr>
      <w:r w:rsidRPr="001132F6">
        <w:rPr>
          <w:lang w:val="ru-RU"/>
        </w:rPr>
        <w:t xml:space="preserve">3.8. Предоставление сведений о выданных удостоверениях в Федеральную службу по надзору в сфере образования и науки согласно Закону об образовании 273-ФЗ (ст. 76, п.3) и Постановлению Правительства РФ от 26 августа 2013 г. </w:t>
      </w:r>
      <w:r w:rsidRPr="001132F6">
        <w:t>N</w:t>
      </w:r>
      <w:r w:rsidRPr="001132F6">
        <w:rPr>
          <w:lang w:val="ru-RU"/>
        </w:rPr>
        <w:t xml:space="preserve"> 729 «О федеральной информационной системе «Федеральный реестр сведений о документах об образовании и (или) о квалификации, документах об обучении (ФРДО)»;</w:t>
      </w:r>
    </w:p>
    <w:p w14:paraId="49DEBDE5" w14:textId="77777777" w:rsidR="00AA354F" w:rsidRPr="001132F6" w:rsidRDefault="00AA354F" w:rsidP="001132F6">
      <w:pPr>
        <w:jc w:val="both"/>
        <w:rPr>
          <w:lang w:val="ru-RU"/>
        </w:rPr>
      </w:pPr>
      <w:r w:rsidRPr="001132F6">
        <w:rPr>
          <w:lang w:val="ru-RU"/>
        </w:rPr>
        <w:t>3.9. Осуществление Оператором административно-хозяйственной деятельности;</w:t>
      </w:r>
    </w:p>
    <w:p w14:paraId="0127E5A5" w14:textId="77777777" w:rsidR="00AA354F" w:rsidRPr="001132F6" w:rsidRDefault="00AA354F" w:rsidP="001132F6">
      <w:pPr>
        <w:jc w:val="both"/>
        <w:rPr>
          <w:lang w:val="ru-RU"/>
        </w:rPr>
      </w:pPr>
      <w:r w:rsidRPr="001132F6">
        <w:rPr>
          <w:lang w:val="ru-RU"/>
        </w:rPr>
        <w:t>3.10. Привлечение и отбор Соискателей на работу у Оператора и учёт в кадровом резерве;</w:t>
      </w:r>
    </w:p>
    <w:p w14:paraId="72A18A2F" w14:textId="77777777" w:rsidR="00AA354F" w:rsidRPr="001132F6" w:rsidRDefault="00AA354F" w:rsidP="001132F6">
      <w:pPr>
        <w:jc w:val="both"/>
        <w:rPr>
          <w:lang w:val="ru-RU"/>
        </w:rPr>
      </w:pPr>
      <w:r w:rsidRPr="001132F6">
        <w:rPr>
          <w:lang w:val="ru-RU"/>
        </w:rPr>
        <w:t>3.11. Ведение кадровой работы и организации учета работников Оператора;</w:t>
      </w:r>
    </w:p>
    <w:p w14:paraId="3A3F2376" w14:textId="77777777" w:rsidR="00AA354F" w:rsidRPr="001132F6" w:rsidRDefault="00AA354F" w:rsidP="001132F6">
      <w:pPr>
        <w:jc w:val="both"/>
        <w:rPr>
          <w:lang w:val="ru-RU"/>
        </w:rPr>
      </w:pPr>
      <w:r w:rsidRPr="001132F6">
        <w:rPr>
          <w:lang w:val="ru-RU"/>
        </w:rPr>
        <w:t>3.12. Регулирование трудовых и иных, непосредственно связанных с ними отношений;</w:t>
      </w:r>
    </w:p>
    <w:p w14:paraId="23404AF3" w14:textId="07319BCA" w:rsidR="00AA354F" w:rsidRPr="00AA354F" w:rsidRDefault="00AA354F" w:rsidP="001132F6">
      <w:pPr>
        <w:jc w:val="both"/>
        <w:rPr>
          <w:lang w:val="ru-RU"/>
        </w:rPr>
      </w:pPr>
      <w:r w:rsidRPr="001132F6">
        <w:rPr>
          <w:lang w:val="ru-RU"/>
        </w:rPr>
        <w:t>3.13. Исполнение трудового и налогового законодательства, ведение бухгалтерского, налогового</w:t>
      </w:r>
      <w:r w:rsidR="0024512F" w:rsidRPr="001132F6">
        <w:rPr>
          <w:lang w:val="ru-RU"/>
        </w:rPr>
        <w:t xml:space="preserve"> и других видов учета</w:t>
      </w:r>
      <w:r w:rsidRPr="001132F6">
        <w:rPr>
          <w:lang w:val="ru-RU"/>
        </w:rPr>
        <w:t>.</w:t>
      </w:r>
    </w:p>
    <w:p w14:paraId="74880106" w14:textId="77777777" w:rsidR="000B1758" w:rsidRPr="00BB64BB" w:rsidRDefault="00166F84" w:rsidP="00294B97">
      <w:pPr>
        <w:pStyle w:val="1"/>
        <w:spacing w:before="240"/>
        <w:jc w:val="center"/>
        <w:rPr>
          <w:rFonts w:ascii="Times New Roman" w:hAnsi="Times New Roman" w:cs="Times New Roman"/>
          <w:color w:val="auto"/>
          <w:lang w:val="ru-RU"/>
        </w:rPr>
      </w:pPr>
      <w:r>
        <w:rPr>
          <w:rFonts w:ascii="Times New Roman" w:hAnsi="Times New Roman" w:cs="Times New Roman"/>
          <w:color w:val="auto"/>
          <w:lang w:val="ru-RU"/>
        </w:rPr>
        <w:t>3</w:t>
      </w:r>
      <w:r w:rsidR="000B1758" w:rsidRPr="00BB64BB">
        <w:rPr>
          <w:rFonts w:ascii="Times New Roman" w:hAnsi="Times New Roman" w:cs="Times New Roman"/>
          <w:color w:val="auto"/>
          <w:lang w:val="ru-RU"/>
        </w:rPr>
        <w:t>. Правовые основания обработки персональных данных</w:t>
      </w:r>
    </w:p>
    <w:p w14:paraId="209C3E97" w14:textId="21EAF961" w:rsidR="000B1758" w:rsidRPr="00BB64BB" w:rsidRDefault="000B1758" w:rsidP="00B42033">
      <w:pPr>
        <w:pStyle w:val="aff8"/>
        <w:spacing w:before="240" w:beforeAutospacing="0" w:line="276" w:lineRule="auto"/>
        <w:ind w:firstLine="284"/>
        <w:jc w:val="both"/>
        <w:rPr>
          <w:sz w:val="28"/>
          <w:szCs w:val="28"/>
        </w:rPr>
      </w:pPr>
      <w:r w:rsidRPr="00BB64BB">
        <w:rPr>
          <w:sz w:val="28"/>
          <w:szCs w:val="28"/>
        </w:rPr>
        <w:t xml:space="preserve">Правовыми основаниями обработки персональных данных в </w:t>
      </w:r>
      <w:r w:rsidR="001132F6" w:rsidRPr="001132F6">
        <w:rPr>
          <w:bCs/>
          <w:iCs/>
          <w:sz w:val="28"/>
          <w:szCs w:val="28"/>
        </w:rPr>
        <w:t>ЧОУ ДПО «Центр профессионального образования»</w:t>
      </w:r>
      <w:r w:rsidR="00C51200" w:rsidRPr="00BB64BB">
        <w:rPr>
          <w:sz w:val="28"/>
          <w:szCs w:val="28"/>
        </w:rPr>
        <w:t xml:space="preserve"> </w:t>
      </w:r>
      <w:r w:rsidRPr="00BB64BB">
        <w:rPr>
          <w:sz w:val="28"/>
          <w:szCs w:val="28"/>
        </w:rPr>
        <w:t>являются:</w:t>
      </w:r>
    </w:p>
    <w:p w14:paraId="2519E0A1" w14:textId="77777777" w:rsidR="000B1758" w:rsidRPr="00BB64BB" w:rsidRDefault="000B1758" w:rsidP="00B42033">
      <w:pPr>
        <w:pStyle w:val="aff8"/>
        <w:numPr>
          <w:ilvl w:val="0"/>
          <w:numId w:val="10"/>
        </w:numPr>
        <w:tabs>
          <w:tab w:val="clear" w:pos="720"/>
          <w:tab w:val="num" w:pos="426"/>
        </w:tabs>
        <w:spacing w:before="240" w:beforeAutospacing="0" w:line="276" w:lineRule="auto"/>
        <w:ind w:left="0" w:firstLine="360"/>
        <w:jc w:val="both"/>
        <w:rPr>
          <w:sz w:val="28"/>
          <w:szCs w:val="28"/>
        </w:rPr>
      </w:pPr>
      <w:r w:rsidRPr="00BB64BB">
        <w:rPr>
          <w:rStyle w:val="af6"/>
          <w:b w:val="0"/>
          <w:sz w:val="28"/>
          <w:szCs w:val="28"/>
        </w:rPr>
        <w:t>Трудовое законодательство Российской Федерации</w:t>
      </w:r>
      <w:r w:rsidRPr="00BB64BB">
        <w:rPr>
          <w:b/>
          <w:sz w:val="28"/>
          <w:szCs w:val="28"/>
        </w:rPr>
        <w:t>,</w:t>
      </w:r>
      <w:r w:rsidRPr="00BB64BB">
        <w:rPr>
          <w:sz w:val="28"/>
          <w:szCs w:val="28"/>
        </w:rPr>
        <w:t xml:space="preserve"> в частности Трудовой кодекс Российской Федерации — при обработке персональных данных работников, кандидатов на замещение вакантных должностей, а также при обеспечении исполнения обязанностей работодателя;</w:t>
      </w:r>
    </w:p>
    <w:p w14:paraId="6CCB35AF" w14:textId="77777777" w:rsidR="000B1758" w:rsidRPr="00BB64BB" w:rsidRDefault="000B1758" w:rsidP="00B42033">
      <w:pPr>
        <w:pStyle w:val="aff8"/>
        <w:numPr>
          <w:ilvl w:val="0"/>
          <w:numId w:val="10"/>
        </w:numPr>
        <w:tabs>
          <w:tab w:val="clear" w:pos="720"/>
          <w:tab w:val="num" w:pos="426"/>
        </w:tabs>
        <w:spacing w:before="240" w:beforeAutospacing="0" w:line="276" w:lineRule="auto"/>
        <w:ind w:left="0" w:firstLine="360"/>
        <w:jc w:val="both"/>
        <w:rPr>
          <w:sz w:val="28"/>
          <w:szCs w:val="28"/>
        </w:rPr>
      </w:pPr>
      <w:r w:rsidRPr="00BB64BB">
        <w:rPr>
          <w:rStyle w:val="af6"/>
          <w:b w:val="0"/>
          <w:sz w:val="28"/>
          <w:szCs w:val="28"/>
        </w:rPr>
        <w:t>Гражданское законодательство Российской Федерации</w:t>
      </w:r>
      <w:r w:rsidRPr="00BB64BB">
        <w:rPr>
          <w:b/>
          <w:sz w:val="28"/>
          <w:szCs w:val="28"/>
        </w:rPr>
        <w:t>,</w:t>
      </w:r>
      <w:r w:rsidRPr="00BB64BB">
        <w:rPr>
          <w:sz w:val="28"/>
          <w:szCs w:val="28"/>
        </w:rPr>
        <w:t xml:space="preserve"> в частности Гражданский кодекс Российской Федерации — при заключении и исполнении договоров с физическими и юридическими лицами;</w:t>
      </w:r>
    </w:p>
    <w:p w14:paraId="4AD7796D" w14:textId="77777777" w:rsidR="000B1758" w:rsidRPr="00BB64BB" w:rsidRDefault="000B1758" w:rsidP="00B42033">
      <w:pPr>
        <w:pStyle w:val="aff8"/>
        <w:numPr>
          <w:ilvl w:val="0"/>
          <w:numId w:val="10"/>
        </w:numPr>
        <w:tabs>
          <w:tab w:val="clear" w:pos="720"/>
          <w:tab w:val="num" w:pos="426"/>
        </w:tabs>
        <w:spacing w:before="240" w:beforeAutospacing="0" w:line="276" w:lineRule="auto"/>
        <w:ind w:left="0" w:firstLine="360"/>
        <w:jc w:val="both"/>
        <w:rPr>
          <w:sz w:val="28"/>
          <w:szCs w:val="28"/>
        </w:rPr>
      </w:pPr>
      <w:r w:rsidRPr="00BB64BB">
        <w:rPr>
          <w:rStyle w:val="af6"/>
          <w:b w:val="0"/>
          <w:sz w:val="28"/>
          <w:szCs w:val="28"/>
        </w:rPr>
        <w:t>Федеральный закон от 29.12.2012 № 273-ФЗ «Об образовании в Российской Федерации»</w:t>
      </w:r>
      <w:r w:rsidRPr="00BB64BB">
        <w:rPr>
          <w:sz w:val="28"/>
          <w:szCs w:val="28"/>
        </w:rPr>
        <w:t xml:space="preserve"> — при организации и осуществлении образовательной деятельности, </w:t>
      </w:r>
      <w:r w:rsidRPr="00BB64BB">
        <w:rPr>
          <w:sz w:val="28"/>
          <w:szCs w:val="28"/>
        </w:rPr>
        <w:lastRenderedPageBreak/>
        <w:t>взаимодействии с обучающимися, родителями (законными представителями), а также ведении учета образовательной деятельности;</w:t>
      </w:r>
    </w:p>
    <w:p w14:paraId="475A385E" w14:textId="77777777" w:rsidR="000B1758" w:rsidRPr="00BB64BB" w:rsidRDefault="000B1758" w:rsidP="00B42033">
      <w:pPr>
        <w:pStyle w:val="aff8"/>
        <w:numPr>
          <w:ilvl w:val="0"/>
          <w:numId w:val="10"/>
        </w:numPr>
        <w:tabs>
          <w:tab w:val="clear" w:pos="720"/>
          <w:tab w:val="num" w:pos="426"/>
        </w:tabs>
        <w:spacing w:before="240" w:beforeAutospacing="0" w:line="276" w:lineRule="auto"/>
        <w:ind w:left="0" w:firstLine="360"/>
        <w:jc w:val="both"/>
        <w:rPr>
          <w:sz w:val="28"/>
          <w:szCs w:val="28"/>
        </w:rPr>
      </w:pPr>
      <w:r w:rsidRPr="00BB64BB">
        <w:rPr>
          <w:rStyle w:val="af6"/>
          <w:b w:val="0"/>
          <w:sz w:val="28"/>
          <w:szCs w:val="28"/>
        </w:rPr>
        <w:t>Налоговое законодательство Российской Федерации</w:t>
      </w:r>
      <w:r w:rsidRPr="00BB64BB">
        <w:rPr>
          <w:b/>
          <w:sz w:val="28"/>
          <w:szCs w:val="28"/>
        </w:rPr>
        <w:t>,</w:t>
      </w:r>
      <w:r w:rsidRPr="00BB64BB">
        <w:rPr>
          <w:sz w:val="28"/>
          <w:szCs w:val="28"/>
        </w:rPr>
        <w:t xml:space="preserve"> в том числе Налоговый кодекс Российской Федерации — при выполнении обязанностей налогового агента и ведении бухгалтерского учета;</w:t>
      </w:r>
    </w:p>
    <w:p w14:paraId="6B314BF5" w14:textId="77777777" w:rsidR="000B1758" w:rsidRPr="00BB64BB" w:rsidRDefault="000B1758" w:rsidP="00B42033">
      <w:pPr>
        <w:pStyle w:val="aff8"/>
        <w:numPr>
          <w:ilvl w:val="0"/>
          <w:numId w:val="10"/>
        </w:numPr>
        <w:tabs>
          <w:tab w:val="clear" w:pos="720"/>
          <w:tab w:val="num" w:pos="426"/>
        </w:tabs>
        <w:spacing w:before="240" w:beforeAutospacing="0" w:line="276" w:lineRule="auto"/>
        <w:ind w:left="0" w:firstLine="360"/>
        <w:jc w:val="both"/>
        <w:rPr>
          <w:sz w:val="28"/>
          <w:szCs w:val="28"/>
        </w:rPr>
      </w:pPr>
      <w:r w:rsidRPr="00BB64BB">
        <w:rPr>
          <w:rStyle w:val="af6"/>
          <w:b w:val="0"/>
          <w:sz w:val="28"/>
          <w:szCs w:val="28"/>
        </w:rPr>
        <w:t>Федеральный закон от 06.12.2011 № 402-ФЗ «О бухгалтерском учете»</w:t>
      </w:r>
      <w:r w:rsidRPr="00BB64BB">
        <w:rPr>
          <w:b/>
          <w:sz w:val="28"/>
          <w:szCs w:val="28"/>
        </w:rPr>
        <w:t xml:space="preserve"> — </w:t>
      </w:r>
      <w:r w:rsidRPr="00BB64BB">
        <w:rPr>
          <w:sz w:val="28"/>
          <w:szCs w:val="28"/>
        </w:rPr>
        <w:t>при организации и ведении бухгалтерского учета, сдаче отчетности, взаимодействии с контролирующими органами;</w:t>
      </w:r>
    </w:p>
    <w:p w14:paraId="5D3BDFBA" w14:textId="77777777" w:rsidR="000B1758" w:rsidRPr="00BB64BB" w:rsidRDefault="000B1758" w:rsidP="00B42033">
      <w:pPr>
        <w:pStyle w:val="aff8"/>
        <w:numPr>
          <w:ilvl w:val="0"/>
          <w:numId w:val="10"/>
        </w:numPr>
        <w:tabs>
          <w:tab w:val="clear" w:pos="720"/>
          <w:tab w:val="num" w:pos="426"/>
        </w:tabs>
        <w:spacing w:before="240" w:beforeAutospacing="0" w:line="276" w:lineRule="auto"/>
        <w:ind w:left="0" w:firstLine="360"/>
        <w:jc w:val="both"/>
        <w:rPr>
          <w:rStyle w:val="af6"/>
          <w:b w:val="0"/>
          <w:sz w:val="28"/>
          <w:szCs w:val="28"/>
        </w:rPr>
      </w:pPr>
      <w:r w:rsidRPr="00BB64BB">
        <w:rPr>
          <w:rStyle w:val="af6"/>
          <w:b w:val="0"/>
          <w:sz w:val="28"/>
          <w:szCs w:val="28"/>
        </w:rPr>
        <w:t>Федеральный закон от 07.08.2001 № 115-ФЗ «О противодействии легализации (отмыванию) доходов, полученных преступным путем, и финансированию терроризма» — при идентификации и верификации клиентов, в случаях, предусмотренных законом;</w:t>
      </w:r>
    </w:p>
    <w:p w14:paraId="5D02C7CC" w14:textId="61C8E555" w:rsidR="000B1758" w:rsidRPr="00BB64BB" w:rsidRDefault="000B1758" w:rsidP="00B42033">
      <w:pPr>
        <w:pStyle w:val="aff8"/>
        <w:numPr>
          <w:ilvl w:val="0"/>
          <w:numId w:val="10"/>
        </w:numPr>
        <w:tabs>
          <w:tab w:val="clear" w:pos="720"/>
          <w:tab w:val="num" w:pos="426"/>
        </w:tabs>
        <w:spacing w:before="240" w:beforeAutospacing="0" w:line="276" w:lineRule="auto"/>
        <w:ind w:left="0" w:firstLine="360"/>
        <w:jc w:val="both"/>
        <w:rPr>
          <w:rStyle w:val="af6"/>
          <w:b w:val="0"/>
          <w:sz w:val="28"/>
          <w:szCs w:val="28"/>
        </w:rPr>
      </w:pPr>
      <w:r w:rsidRPr="00BB64BB">
        <w:rPr>
          <w:rStyle w:val="af6"/>
          <w:b w:val="0"/>
          <w:sz w:val="28"/>
          <w:szCs w:val="28"/>
        </w:rPr>
        <w:t xml:space="preserve">Устав </w:t>
      </w:r>
      <w:r w:rsidR="001132F6" w:rsidRPr="001132F6">
        <w:rPr>
          <w:bCs/>
          <w:iCs/>
          <w:sz w:val="28"/>
          <w:szCs w:val="28"/>
        </w:rPr>
        <w:t>ЧОУ ДПО «Центр профессионального образования</w:t>
      </w:r>
      <w:r w:rsidR="001132F6" w:rsidRPr="001132F6">
        <w:rPr>
          <w:b/>
          <w:bCs/>
          <w:iCs/>
          <w:sz w:val="28"/>
          <w:szCs w:val="28"/>
        </w:rPr>
        <w:t>»</w:t>
      </w:r>
      <w:r w:rsidRPr="001132F6">
        <w:rPr>
          <w:rStyle w:val="af6"/>
          <w:b w:val="0"/>
          <w:sz w:val="28"/>
          <w:szCs w:val="28"/>
        </w:rPr>
        <w:t>, а также иные локальные нормативные акты, регулирующие деятельность</w:t>
      </w:r>
      <w:r w:rsidRPr="001132F6">
        <w:rPr>
          <w:rStyle w:val="af6"/>
          <w:sz w:val="28"/>
          <w:szCs w:val="28"/>
        </w:rPr>
        <w:t xml:space="preserve"> </w:t>
      </w:r>
      <w:r w:rsidRPr="001132F6">
        <w:rPr>
          <w:rStyle w:val="af6"/>
          <w:b w:val="0"/>
          <w:sz w:val="28"/>
          <w:szCs w:val="28"/>
        </w:rPr>
        <w:t>О</w:t>
      </w:r>
      <w:r w:rsidRPr="00BB64BB">
        <w:rPr>
          <w:rStyle w:val="af6"/>
          <w:b w:val="0"/>
          <w:sz w:val="28"/>
          <w:szCs w:val="28"/>
        </w:rPr>
        <w:t>ператора, в части, касающейся обработки персональных данных;</w:t>
      </w:r>
    </w:p>
    <w:p w14:paraId="4EB7C629" w14:textId="77777777" w:rsidR="000B1758" w:rsidRPr="00BB64BB" w:rsidRDefault="000B1758" w:rsidP="00B42033">
      <w:pPr>
        <w:pStyle w:val="aff8"/>
        <w:numPr>
          <w:ilvl w:val="0"/>
          <w:numId w:val="10"/>
        </w:numPr>
        <w:tabs>
          <w:tab w:val="clear" w:pos="720"/>
          <w:tab w:val="num" w:pos="709"/>
        </w:tabs>
        <w:spacing w:before="240" w:beforeAutospacing="0" w:line="276" w:lineRule="auto"/>
        <w:ind w:left="0" w:firstLine="360"/>
        <w:jc w:val="both"/>
        <w:rPr>
          <w:rStyle w:val="af6"/>
          <w:b w:val="0"/>
          <w:sz w:val="28"/>
          <w:szCs w:val="28"/>
        </w:rPr>
      </w:pPr>
      <w:r w:rsidRPr="00BB64BB">
        <w:rPr>
          <w:rStyle w:val="af6"/>
          <w:b w:val="0"/>
          <w:sz w:val="28"/>
          <w:szCs w:val="28"/>
        </w:rPr>
        <w:t>Договоры, заключенные между Оператором и субъектами персональных данных — при необходимости обработки персональных данных для исполнения условий указанных договоров;</w:t>
      </w:r>
    </w:p>
    <w:p w14:paraId="7B39DFB1" w14:textId="77777777" w:rsidR="000B1758" w:rsidRPr="00BB64BB" w:rsidRDefault="000B1758" w:rsidP="00B42033">
      <w:pPr>
        <w:pStyle w:val="aff8"/>
        <w:numPr>
          <w:ilvl w:val="0"/>
          <w:numId w:val="10"/>
        </w:numPr>
        <w:tabs>
          <w:tab w:val="clear" w:pos="720"/>
          <w:tab w:val="num" w:pos="709"/>
        </w:tabs>
        <w:spacing w:before="240" w:beforeAutospacing="0" w:line="276" w:lineRule="auto"/>
        <w:ind w:left="0" w:firstLine="360"/>
        <w:jc w:val="both"/>
        <w:rPr>
          <w:rStyle w:val="af6"/>
          <w:b w:val="0"/>
          <w:sz w:val="28"/>
          <w:szCs w:val="28"/>
        </w:rPr>
      </w:pPr>
      <w:r w:rsidRPr="00BB64BB">
        <w:rPr>
          <w:rStyle w:val="af6"/>
          <w:b w:val="0"/>
          <w:sz w:val="28"/>
          <w:szCs w:val="28"/>
        </w:rPr>
        <w:t>Согласие субъекта персональных данных на обработку его персональных данных — в случаях, прямо не предусмотренных законодательством Российской Федерации, но необходимых для достижения целей, определенных Уставом и иными локальными нормативными актами Оператора.</w:t>
      </w:r>
    </w:p>
    <w:p w14:paraId="76479078" w14:textId="77777777" w:rsidR="000B1758" w:rsidRPr="00BB64BB" w:rsidRDefault="00166F84" w:rsidP="00294B97">
      <w:pPr>
        <w:spacing w:before="240"/>
        <w:jc w:val="center"/>
        <w:rPr>
          <w:rFonts w:cs="Times New Roman"/>
          <w:b/>
          <w:szCs w:val="28"/>
          <w:lang w:val="ru-RU"/>
        </w:rPr>
      </w:pPr>
      <w:r>
        <w:rPr>
          <w:rFonts w:cs="Times New Roman"/>
          <w:b/>
          <w:szCs w:val="28"/>
          <w:lang w:val="ru-RU"/>
        </w:rPr>
        <w:t>4</w:t>
      </w:r>
      <w:r w:rsidR="000B1758" w:rsidRPr="00BB64BB">
        <w:rPr>
          <w:rFonts w:cs="Times New Roman"/>
          <w:b/>
          <w:szCs w:val="28"/>
          <w:lang w:val="ru-RU"/>
        </w:rPr>
        <w:t>. Объем и категории обрабатываемых персональных данных, категории субъектов персональных данных</w:t>
      </w:r>
    </w:p>
    <w:p w14:paraId="327E3F82" w14:textId="77777777" w:rsidR="000B1758" w:rsidRDefault="000B1758" w:rsidP="00B42033">
      <w:pPr>
        <w:spacing w:before="240"/>
        <w:ind w:firstLine="284"/>
        <w:jc w:val="both"/>
        <w:rPr>
          <w:rFonts w:cs="Times New Roman"/>
          <w:szCs w:val="28"/>
          <w:lang w:val="ru-RU"/>
        </w:rPr>
      </w:pPr>
      <w:r w:rsidRPr="00BB64BB">
        <w:rPr>
          <w:rFonts w:cs="Times New Roman"/>
          <w:szCs w:val="28"/>
          <w:lang w:val="ru-RU"/>
        </w:rPr>
        <w:t>Объем и содержание персональных данных, обрабатываемых Оператором, соответствуют целям обработки и не являются избыточными. Оператор не осуществляет обработку персональных данных, несовместимую с целями их сбора.</w:t>
      </w:r>
    </w:p>
    <w:p w14:paraId="30573811" w14:textId="77777777" w:rsidR="0030392E" w:rsidRPr="00BB64BB" w:rsidRDefault="0030392E" w:rsidP="0030392E">
      <w:pPr>
        <w:pStyle w:val="aff8"/>
        <w:spacing w:before="240" w:beforeAutospacing="0" w:line="276" w:lineRule="auto"/>
        <w:ind w:firstLine="284"/>
        <w:jc w:val="both"/>
        <w:rPr>
          <w:sz w:val="28"/>
          <w:szCs w:val="28"/>
        </w:rPr>
      </w:pPr>
      <w:r w:rsidRPr="0030392E">
        <w:rPr>
          <w:rStyle w:val="af6"/>
          <w:b w:val="0"/>
          <w:sz w:val="28"/>
          <w:szCs w:val="28"/>
        </w:rPr>
        <w:t>Специальные и биометрические категории персональных данных</w:t>
      </w:r>
      <w:r w:rsidRPr="00BB64BB">
        <w:rPr>
          <w:sz w:val="28"/>
          <w:szCs w:val="28"/>
        </w:rPr>
        <w:t xml:space="preserve"> (в том числе данные о состоянии здоровья) Оператором не обрабатываются, за исключением </w:t>
      </w:r>
      <w:r w:rsidRPr="00BB64BB">
        <w:rPr>
          <w:sz w:val="28"/>
          <w:szCs w:val="28"/>
        </w:rPr>
        <w:lastRenderedPageBreak/>
        <w:t>случаев, предусмотренных законодательством Российской Федерации, и при наличии письменного согласия субъекта персональных данных.</w:t>
      </w:r>
    </w:p>
    <w:p w14:paraId="1D0EB5DA" w14:textId="77777777" w:rsidR="000B1758" w:rsidRPr="00294B97" w:rsidRDefault="000B1758" w:rsidP="00294B97">
      <w:pPr>
        <w:pStyle w:val="aff8"/>
        <w:spacing w:before="240" w:beforeAutospacing="0" w:line="276" w:lineRule="auto"/>
        <w:jc w:val="both"/>
        <w:rPr>
          <w:b/>
          <w:bCs/>
          <w:sz w:val="28"/>
          <w:szCs w:val="28"/>
        </w:rPr>
      </w:pPr>
      <w:r w:rsidRPr="00294B97">
        <w:rPr>
          <w:rStyle w:val="af6"/>
          <w:b w:val="0"/>
          <w:bCs w:val="0"/>
          <w:sz w:val="28"/>
          <w:szCs w:val="28"/>
        </w:rPr>
        <w:t>Категории субъектов персональных данных, персональные данные которых обрабатываются Оператором:</w:t>
      </w:r>
    </w:p>
    <w:p w14:paraId="58631F38" w14:textId="3367C54D" w:rsidR="000B1758" w:rsidRPr="00BB64BB" w:rsidRDefault="000B1758" w:rsidP="00B42033">
      <w:pPr>
        <w:pStyle w:val="aff8"/>
        <w:numPr>
          <w:ilvl w:val="0"/>
          <w:numId w:val="11"/>
        </w:numPr>
        <w:tabs>
          <w:tab w:val="clear" w:pos="720"/>
          <w:tab w:val="num" w:pos="284"/>
        </w:tabs>
        <w:spacing w:before="240" w:beforeAutospacing="0" w:line="276" w:lineRule="auto"/>
        <w:ind w:hanging="436"/>
        <w:jc w:val="both"/>
        <w:rPr>
          <w:sz w:val="28"/>
          <w:szCs w:val="28"/>
        </w:rPr>
      </w:pPr>
      <w:r w:rsidRPr="00BB64BB">
        <w:rPr>
          <w:rStyle w:val="af6"/>
          <w:b w:val="0"/>
          <w:sz w:val="28"/>
          <w:szCs w:val="28"/>
        </w:rPr>
        <w:t xml:space="preserve">Сотрудники </w:t>
      </w:r>
      <w:r w:rsidR="001132F6" w:rsidRPr="001132F6">
        <w:rPr>
          <w:bCs/>
          <w:iCs/>
          <w:sz w:val="28"/>
          <w:szCs w:val="28"/>
        </w:rPr>
        <w:t>ЧОУ ДПО «Центр профессионального образования»</w:t>
      </w:r>
      <w:r w:rsidR="00C51200" w:rsidRPr="00BB64BB">
        <w:rPr>
          <w:b/>
          <w:sz w:val="28"/>
          <w:szCs w:val="28"/>
        </w:rPr>
        <w:t xml:space="preserve"> </w:t>
      </w:r>
      <w:r w:rsidRPr="00BB64BB">
        <w:rPr>
          <w:b/>
          <w:sz w:val="28"/>
          <w:szCs w:val="28"/>
        </w:rPr>
        <w:t>(</w:t>
      </w:r>
      <w:r w:rsidRPr="00BB64BB">
        <w:rPr>
          <w:sz w:val="28"/>
          <w:szCs w:val="28"/>
        </w:rPr>
        <w:t>в том числе бывшие сотрудники и кандидаты на замещение вакантных должностей):</w:t>
      </w:r>
    </w:p>
    <w:p w14:paraId="6DB19BEE"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Фамилия, имя, отчество;</w:t>
      </w:r>
    </w:p>
    <w:p w14:paraId="51B7EB93"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Дата и место рождения;</w:t>
      </w:r>
    </w:p>
    <w:p w14:paraId="17D558D2"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Паспортные данные;</w:t>
      </w:r>
    </w:p>
    <w:p w14:paraId="6EBD31C6"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Адрес регистрации и проживания;</w:t>
      </w:r>
    </w:p>
    <w:p w14:paraId="6B2B6FB0"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Сведения о семейном положении и составе семьи;</w:t>
      </w:r>
    </w:p>
    <w:p w14:paraId="7C68AF64"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ИНН, СНИЛС;</w:t>
      </w:r>
    </w:p>
    <w:p w14:paraId="571D844A"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Образование, квалификация, сведения о повышении квалификации;</w:t>
      </w:r>
    </w:p>
    <w:p w14:paraId="2268F98E"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Трудовой стаж и трудовая деятельность;</w:t>
      </w:r>
    </w:p>
    <w:p w14:paraId="303A7AED"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Реквизиты банковского счета;</w:t>
      </w:r>
    </w:p>
    <w:p w14:paraId="4E8AB4BB"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Контактные данные (телефон, адрес электронной почты);</w:t>
      </w:r>
    </w:p>
    <w:p w14:paraId="3A445395" w14:textId="77777777" w:rsidR="000B1758" w:rsidRPr="00BB64BB" w:rsidRDefault="000B1758" w:rsidP="00B42033">
      <w:pPr>
        <w:pStyle w:val="aff8"/>
        <w:numPr>
          <w:ilvl w:val="1"/>
          <w:numId w:val="36"/>
        </w:numPr>
        <w:spacing w:before="240" w:beforeAutospacing="0" w:line="276" w:lineRule="auto"/>
        <w:jc w:val="both"/>
        <w:rPr>
          <w:sz w:val="28"/>
          <w:szCs w:val="28"/>
        </w:rPr>
      </w:pPr>
      <w:r w:rsidRPr="00BB64BB">
        <w:rPr>
          <w:sz w:val="28"/>
          <w:szCs w:val="28"/>
        </w:rPr>
        <w:t>Иные сведения, предусмотренные трудовым и налоговым законодательством.</w:t>
      </w:r>
    </w:p>
    <w:p w14:paraId="6A475950" w14:textId="77777777" w:rsidR="000B1758" w:rsidRPr="00BB64BB" w:rsidRDefault="000B1758" w:rsidP="00B42033">
      <w:pPr>
        <w:pStyle w:val="aff8"/>
        <w:numPr>
          <w:ilvl w:val="0"/>
          <w:numId w:val="11"/>
        </w:numPr>
        <w:tabs>
          <w:tab w:val="clear" w:pos="720"/>
          <w:tab w:val="num" w:pos="426"/>
        </w:tabs>
        <w:spacing w:before="240" w:beforeAutospacing="0" w:line="276" w:lineRule="auto"/>
        <w:ind w:hanging="720"/>
        <w:jc w:val="both"/>
        <w:rPr>
          <w:b/>
          <w:sz w:val="28"/>
          <w:szCs w:val="28"/>
        </w:rPr>
      </w:pPr>
      <w:r w:rsidRPr="00BB64BB">
        <w:rPr>
          <w:rStyle w:val="af6"/>
          <w:b w:val="0"/>
          <w:sz w:val="28"/>
          <w:szCs w:val="28"/>
        </w:rPr>
        <w:t>Обучающиеся и слушатели образовательных программ</w:t>
      </w:r>
      <w:r w:rsidRPr="00BB64BB">
        <w:rPr>
          <w:b/>
          <w:sz w:val="28"/>
          <w:szCs w:val="28"/>
        </w:rPr>
        <w:t>:</w:t>
      </w:r>
    </w:p>
    <w:p w14:paraId="4E3A3844" w14:textId="77777777" w:rsidR="000B1758" w:rsidRPr="00BB64BB" w:rsidRDefault="000B1758" w:rsidP="0030392E">
      <w:pPr>
        <w:pStyle w:val="aff8"/>
        <w:numPr>
          <w:ilvl w:val="1"/>
          <w:numId w:val="37"/>
        </w:numPr>
        <w:spacing w:before="240" w:beforeAutospacing="0" w:line="276" w:lineRule="auto"/>
        <w:jc w:val="both"/>
        <w:rPr>
          <w:sz w:val="28"/>
          <w:szCs w:val="28"/>
        </w:rPr>
      </w:pPr>
      <w:r w:rsidRPr="00BB64BB">
        <w:rPr>
          <w:sz w:val="28"/>
          <w:szCs w:val="28"/>
        </w:rPr>
        <w:t>Фамилия, имя, отчество;</w:t>
      </w:r>
    </w:p>
    <w:p w14:paraId="2A8D5941" w14:textId="77777777" w:rsidR="000B1758" w:rsidRPr="00BB64BB" w:rsidRDefault="000B1758" w:rsidP="0030392E">
      <w:pPr>
        <w:pStyle w:val="aff8"/>
        <w:numPr>
          <w:ilvl w:val="1"/>
          <w:numId w:val="37"/>
        </w:numPr>
        <w:spacing w:before="240" w:beforeAutospacing="0" w:line="276" w:lineRule="auto"/>
        <w:jc w:val="both"/>
        <w:rPr>
          <w:sz w:val="28"/>
          <w:szCs w:val="28"/>
        </w:rPr>
      </w:pPr>
      <w:r w:rsidRPr="00BB64BB">
        <w:rPr>
          <w:sz w:val="28"/>
          <w:szCs w:val="28"/>
        </w:rPr>
        <w:t>Дата рождения;</w:t>
      </w:r>
    </w:p>
    <w:p w14:paraId="0BA5D035" w14:textId="59E6C08F" w:rsidR="000B1758" w:rsidRDefault="000B1758" w:rsidP="0030392E">
      <w:pPr>
        <w:pStyle w:val="aff8"/>
        <w:numPr>
          <w:ilvl w:val="1"/>
          <w:numId w:val="37"/>
        </w:numPr>
        <w:spacing w:before="240" w:beforeAutospacing="0" w:line="276" w:lineRule="auto"/>
        <w:jc w:val="both"/>
        <w:rPr>
          <w:sz w:val="28"/>
          <w:szCs w:val="28"/>
        </w:rPr>
      </w:pPr>
      <w:r w:rsidRPr="00BB64BB">
        <w:rPr>
          <w:sz w:val="28"/>
          <w:szCs w:val="28"/>
        </w:rPr>
        <w:t>Паспортные данные;</w:t>
      </w:r>
    </w:p>
    <w:p w14:paraId="0476246A" w14:textId="0E072550" w:rsidR="00C425D9" w:rsidRPr="00BB64BB" w:rsidRDefault="00C425D9" w:rsidP="0030392E">
      <w:pPr>
        <w:pStyle w:val="aff8"/>
        <w:numPr>
          <w:ilvl w:val="1"/>
          <w:numId w:val="37"/>
        </w:numPr>
        <w:spacing w:before="240" w:beforeAutospacing="0" w:line="276" w:lineRule="auto"/>
        <w:jc w:val="both"/>
        <w:rPr>
          <w:sz w:val="28"/>
          <w:szCs w:val="28"/>
        </w:rPr>
      </w:pPr>
      <w:r>
        <w:rPr>
          <w:sz w:val="28"/>
          <w:szCs w:val="28"/>
        </w:rPr>
        <w:lastRenderedPageBreak/>
        <w:t>СНИЛС</w:t>
      </w:r>
      <w:r w:rsidR="00432376">
        <w:rPr>
          <w:sz w:val="28"/>
          <w:szCs w:val="28"/>
        </w:rPr>
        <w:t>;</w:t>
      </w:r>
    </w:p>
    <w:p w14:paraId="73314091" w14:textId="77777777" w:rsidR="000B1758" w:rsidRPr="00BB64BB" w:rsidRDefault="000B1758" w:rsidP="0030392E">
      <w:pPr>
        <w:pStyle w:val="aff8"/>
        <w:numPr>
          <w:ilvl w:val="1"/>
          <w:numId w:val="37"/>
        </w:numPr>
        <w:spacing w:before="240" w:beforeAutospacing="0" w:line="276" w:lineRule="auto"/>
        <w:jc w:val="both"/>
        <w:rPr>
          <w:sz w:val="28"/>
          <w:szCs w:val="28"/>
        </w:rPr>
      </w:pPr>
      <w:r w:rsidRPr="00BB64BB">
        <w:rPr>
          <w:sz w:val="28"/>
          <w:szCs w:val="28"/>
        </w:rPr>
        <w:t>Адрес регистрации и проживания;</w:t>
      </w:r>
    </w:p>
    <w:p w14:paraId="4386E72C" w14:textId="77777777" w:rsidR="000B1758" w:rsidRPr="00BB64BB" w:rsidRDefault="000B1758" w:rsidP="0030392E">
      <w:pPr>
        <w:pStyle w:val="aff8"/>
        <w:numPr>
          <w:ilvl w:val="1"/>
          <w:numId w:val="37"/>
        </w:numPr>
        <w:spacing w:before="240" w:beforeAutospacing="0" w:line="276" w:lineRule="auto"/>
        <w:jc w:val="both"/>
        <w:rPr>
          <w:sz w:val="28"/>
          <w:szCs w:val="28"/>
        </w:rPr>
      </w:pPr>
      <w:r w:rsidRPr="00BB64BB">
        <w:rPr>
          <w:sz w:val="28"/>
          <w:szCs w:val="28"/>
        </w:rPr>
        <w:t>Образование;</w:t>
      </w:r>
    </w:p>
    <w:p w14:paraId="295F5D6D" w14:textId="77777777" w:rsidR="000B1758" w:rsidRPr="00BB64BB" w:rsidRDefault="000B1758" w:rsidP="0030392E">
      <w:pPr>
        <w:pStyle w:val="aff8"/>
        <w:numPr>
          <w:ilvl w:val="1"/>
          <w:numId w:val="37"/>
        </w:numPr>
        <w:spacing w:before="240" w:beforeAutospacing="0" w:line="276" w:lineRule="auto"/>
        <w:jc w:val="both"/>
        <w:rPr>
          <w:sz w:val="28"/>
          <w:szCs w:val="28"/>
        </w:rPr>
      </w:pPr>
      <w:r w:rsidRPr="00BB64BB">
        <w:rPr>
          <w:sz w:val="28"/>
          <w:szCs w:val="28"/>
        </w:rPr>
        <w:t>Контактные данные (телефон, адрес электронной почты);</w:t>
      </w:r>
    </w:p>
    <w:p w14:paraId="4A8FDB4A" w14:textId="77777777" w:rsidR="000B1758" w:rsidRPr="00BB64BB" w:rsidRDefault="000B1758" w:rsidP="0030392E">
      <w:pPr>
        <w:pStyle w:val="aff8"/>
        <w:numPr>
          <w:ilvl w:val="1"/>
          <w:numId w:val="37"/>
        </w:numPr>
        <w:spacing w:before="240" w:beforeAutospacing="0" w:line="276" w:lineRule="auto"/>
        <w:jc w:val="both"/>
        <w:rPr>
          <w:sz w:val="28"/>
          <w:szCs w:val="28"/>
        </w:rPr>
      </w:pPr>
      <w:r w:rsidRPr="00BB64BB">
        <w:rPr>
          <w:sz w:val="28"/>
          <w:szCs w:val="28"/>
        </w:rPr>
        <w:t>Сведения о месте работы;</w:t>
      </w:r>
    </w:p>
    <w:p w14:paraId="0BDC84AC" w14:textId="77777777" w:rsidR="000B1758" w:rsidRPr="00BB64BB" w:rsidRDefault="000B1758" w:rsidP="0030392E">
      <w:pPr>
        <w:pStyle w:val="aff8"/>
        <w:numPr>
          <w:ilvl w:val="1"/>
          <w:numId w:val="37"/>
        </w:numPr>
        <w:spacing w:before="240" w:beforeAutospacing="0" w:line="276" w:lineRule="auto"/>
        <w:jc w:val="both"/>
        <w:rPr>
          <w:sz w:val="28"/>
          <w:szCs w:val="28"/>
        </w:rPr>
      </w:pPr>
      <w:r w:rsidRPr="00BB64BB">
        <w:rPr>
          <w:sz w:val="28"/>
          <w:szCs w:val="28"/>
        </w:rPr>
        <w:t>Данные о договоре на оказание образовательных услуг;</w:t>
      </w:r>
    </w:p>
    <w:p w14:paraId="25DA6558" w14:textId="77777777" w:rsidR="000B1758" w:rsidRPr="00BB64BB" w:rsidRDefault="000B1758" w:rsidP="0030392E">
      <w:pPr>
        <w:pStyle w:val="aff8"/>
        <w:numPr>
          <w:ilvl w:val="1"/>
          <w:numId w:val="37"/>
        </w:numPr>
        <w:spacing w:before="240" w:beforeAutospacing="0" w:line="276" w:lineRule="auto"/>
        <w:jc w:val="both"/>
        <w:rPr>
          <w:sz w:val="28"/>
          <w:szCs w:val="28"/>
        </w:rPr>
      </w:pPr>
      <w:r w:rsidRPr="00BB64BB">
        <w:rPr>
          <w:sz w:val="28"/>
          <w:szCs w:val="28"/>
        </w:rPr>
        <w:t>Иные данные, необходимые для учета и сопровождения образовательного процесса.</w:t>
      </w:r>
    </w:p>
    <w:p w14:paraId="466EB6E9" w14:textId="77777777" w:rsidR="000B1758" w:rsidRPr="00BB64BB" w:rsidRDefault="000B1758" w:rsidP="00B42033">
      <w:pPr>
        <w:pStyle w:val="aff8"/>
        <w:numPr>
          <w:ilvl w:val="0"/>
          <w:numId w:val="11"/>
        </w:numPr>
        <w:tabs>
          <w:tab w:val="clear" w:pos="720"/>
          <w:tab w:val="num" w:pos="426"/>
        </w:tabs>
        <w:spacing w:before="240" w:beforeAutospacing="0" w:line="276" w:lineRule="auto"/>
        <w:ind w:hanging="720"/>
        <w:jc w:val="both"/>
        <w:rPr>
          <w:b/>
          <w:sz w:val="28"/>
          <w:szCs w:val="28"/>
        </w:rPr>
      </w:pPr>
      <w:r w:rsidRPr="00BB64BB">
        <w:rPr>
          <w:rStyle w:val="af6"/>
          <w:b w:val="0"/>
          <w:sz w:val="28"/>
          <w:szCs w:val="28"/>
        </w:rPr>
        <w:t>Контрагенты – физические лица</w:t>
      </w:r>
      <w:r w:rsidRPr="00BB64BB">
        <w:rPr>
          <w:b/>
          <w:sz w:val="28"/>
          <w:szCs w:val="28"/>
        </w:rPr>
        <w:t>:</w:t>
      </w:r>
    </w:p>
    <w:p w14:paraId="206BEF99" w14:textId="77777777" w:rsidR="000B1758" w:rsidRPr="00BB64BB" w:rsidRDefault="000B1758" w:rsidP="0030392E">
      <w:pPr>
        <w:pStyle w:val="aff8"/>
        <w:numPr>
          <w:ilvl w:val="1"/>
          <w:numId w:val="38"/>
        </w:numPr>
        <w:spacing w:before="240" w:beforeAutospacing="0" w:line="276" w:lineRule="auto"/>
        <w:jc w:val="both"/>
        <w:rPr>
          <w:sz w:val="28"/>
          <w:szCs w:val="28"/>
        </w:rPr>
      </w:pPr>
      <w:r w:rsidRPr="00BB64BB">
        <w:rPr>
          <w:sz w:val="28"/>
          <w:szCs w:val="28"/>
        </w:rPr>
        <w:t>Фамилия, имя, отчество;</w:t>
      </w:r>
    </w:p>
    <w:p w14:paraId="67D38A16" w14:textId="77777777" w:rsidR="000B1758" w:rsidRPr="00BB64BB" w:rsidRDefault="000B1758" w:rsidP="0030392E">
      <w:pPr>
        <w:pStyle w:val="aff8"/>
        <w:numPr>
          <w:ilvl w:val="1"/>
          <w:numId w:val="38"/>
        </w:numPr>
        <w:spacing w:before="240" w:beforeAutospacing="0" w:line="276" w:lineRule="auto"/>
        <w:jc w:val="both"/>
        <w:rPr>
          <w:sz w:val="28"/>
          <w:szCs w:val="28"/>
        </w:rPr>
      </w:pPr>
      <w:r w:rsidRPr="00BB64BB">
        <w:rPr>
          <w:sz w:val="28"/>
          <w:szCs w:val="28"/>
        </w:rPr>
        <w:t>Паспортные данные;</w:t>
      </w:r>
    </w:p>
    <w:p w14:paraId="39654F1A" w14:textId="77777777" w:rsidR="000B1758" w:rsidRPr="00BB64BB" w:rsidRDefault="000B1758" w:rsidP="0030392E">
      <w:pPr>
        <w:pStyle w:val="aff8"/>
        <w:numPr>
          <w:ilvl w:val="1"/>
          <w:numId w:val="38"/>
        </w:numPr>
        <w:spacing w:before="240" w:beforeAutospacing="0" w:line="276" w:lineRule="auto"/>
        <w:jc w:val="both"/>
        <w:rPr>
          <w:sz w:val="28"/>
          <w:szCs w:val="28"/>
        </w:rPr>
      </w:pPr>
      <w:r w:rsidRPr="00BB64BB">
        <w:rPr>
          <w:sz w:val="28"/>
          <w:szCs w:val="28"/>
        </w:rPr>
        <w:t>Адрес регистрации и проживания;</w:t>
      </w:r>
    </w:p>
    <w:p w14:paraId="7E985B81" w14:textId="77777777" w:rsidR="000B1758" w:rsidRPr="00BB64BB" w:rsidRDefault="000B1758" w:rsidP="0030392E">
      <w:pPr>
        <w:pStyle w:val="aff8"/>
        <w:numPr>
          <w:ilvl w:val="1"/>
          <w:numId w:val="38"/>
        </w:numPr>
        <w:spacing w:before="240" w:beforeAutospacing="0" w:line="276" w:lineRule="auto"/>
        <w:jc w:val="both"/>
        <w:rPr>
          <w:sz w:val="28"/>
          <w:szCs w:val="28"/>
        </w:rPr>
      </w:pPr>
      <w:r w:rsidRPr="00BB64BB">
        <w:rPr>
          <w:sz w:val="28"/>
          <w:szCs w:val="28"/>
        </w:rPr>
        <w:t>Реквизиты договора;</w:t>
      </w:r>
    </w:p>
    <w:p w14:paraId="35FB5382" w14:textId="77777777" w:rsidR="000B1758" w:rsidRPr="00BB64BB" w:rsidRDefault="000B1758" w:rsidP="0030392E">
      <w:pPr>
        <w:pStyle w:val="aff8"/>
        <w:numPr>
          <w:ilvl w:val="1"/>
          <w:numId w:val="38"/>
        </w:numPr>
        <w:spacing w:before="240" w:beforeAutospacing="0" w:line="276" w:lineRule="auto"/>
        <w:jc w:val="both"/>
        <w:rPr>
          <w:sz w:val="28"/>
          <w:szCs w:val="28"/>
        </w:rPr>
      </w:pPr>
      <w:r w:rsidRPr="00BB64BB">
        <w:rPr>
          <w:sz w:val="28"/>
          <w:szCs w:val="28"/>
        </w:rPr>
        <w:t>Контактные данные;</w:t>
      </w:r>
    </w:p>
    <w:p w14:paraId="05BF6E95" w14:textId="77777777" w:rsidR="000B1758" w:rsidRPr="00BB64BB" w:rsidRDefault="000B1758" w:rsidP="0030392E">
      <w:pPr>
        <w:pStyle w:val="aff8"/>
        <w:numPr>
          <w:ilvl w:val="1"/>
          <w:numId w:val="38"/>
        </w:numPr>
        <w:spacing w:before="240" w:beforeAutospacing="0" w:line="276" w:lineRule="auto"/>
        <w:jc w:val="both"/>
        <w:rPr>
          <w:sz w:val="28"/>
          <w:szCs w:val="28"/>
        </w:rPr>
      </w:pPr>
      <w:r w:rsidRPr="00BB64BB">
        <w:rPr>
          <w:sz w:val="28"/>
          <w:szCs w:val="28"/>
        </w:rPr>
        <w:t>ИНН, банковские реквизиты (в случае необходимости).</w:t>
      </w:r>
    </w:p>
    <w:p w14:paraId="1C020121" w14:textId="77777777" w:rsidR="000B1758" w:rsidRPr="00BB64BB" w:rsidRDefault="000B1758" w:rsidP="00B42033">
      <w:pPr>
        <w:pStyle w:val="aff8"/>
        <w:numPr>
          <w:ilvl w:val="0"/>
          <w:numId w:val="11"/>
        </w:numPr>
        <w:tabs>
          <w:tab w:val="clear" w:pos="720"/>
          <w:tab w:val="num" w:pos="426"/>
        </w:tabs>
        <w:spacing w:before="240" w:beforeAutospacing="0" w:line="276" w:lineRule="auto"/>
        <w:ind w:hanging="720"/>
        <w:jc w:val="both"/>
        <w:rPr>
          <w:b/>
          <w:sz w:val="28"/>
          <w:szCs w:val="28"/>
        </w:rPr>
      </w:pPr>
      <w:r w:rsidRPr="00BB64BB">
        <w:rPr>
          <w:rStyle w:val="af6"/>
          <w:b w:val="0"/>
          <w:sz w:val="28"/>
          <w:szCs w:val="28"/>
        </w:rPr>
        <w:t>Представители юридических лиц – контрагентов Оператора</w:t>
      </w:r>
      <w:r w:rsidRPr="00BB64BB">
        <w:rPr>
          <w:b/>
          <w:sz w:val="28"/>
          <w:szCs w:val="28"/>
        </w:rPr>
        <w:t>:</w:t>
      </w:r>
    </w:p>
    <w:p w14:paraId="13F20EE8" w14:textId="77777777" w:rsidR="000B1758" w:rsidRPr="00BB64BB" w:rsidRDefault="000B1758" w:rsidP="0030392E">
      <w:pPr>
        <w:pStyle w:val="aff8"/>
        <w:numPr>
          <w:ilvl w:val="1"/>
          <w:numId w:val="39"/>
        </w:numPr>
        <w:spacing w:before="240" w:beforeAutospacing="0" w:line="276" w:lineRule="auto"/>
        <w:jc w:val="both"/>
        <w:rPr>
          <w:sz w:val="28"/>
          <w:szCs w:val="28"/>
        </w:rPr>
      </w:pPr>
      <w:r w:rsidRPr="00BB64BB">
        <w:rPr>
          <w:sz w:val="28"/>
          <w:szCs w:val="28"/>
        </w:rPr>
        <w:t>Фамилия, имя, отчество;</w:t>
      </w:r>
    </w:p>
    <w:p w14:paraId="48328B6F" w14:textId="77777777" w:rsidR="000B1758" w:rsidRPr="00BB64BB" w:rsidRDefault="000B1758" w:rsidP="0030392E">
      <w:pPr>
        <w:pStyle w:val="aff8"/>
        <w:numPr>
          <w:ilvl w:val="1"/>
          <w:numId w:val="39"/>
        </w:numPr>
        <w:spacing w:before="240" w:beforeAutospacing="0" w:line="276" w:lineRule="auto"/>
        <w:jc w:val="both"/>
        <w:rPr>
          <w:sz w:val="28"/>
          <w:szCs w:val="28"/>
        </w:rPr>
      </w:pPr>
      <w:r w:rsidRPr="00BB64BB">
        <w:rPr>
          <w:sz w:val="28"/>
          <w:szCs w:val="28"/>
        </w:rPr>
        <w:t>Должность;</w:t>
      </w:r>
    </w:p>
    <w:p w14:paraId="561C0128" w14:textId="77777777" w:rsidR="000B1758" w:rsidRPr="00BB64BB" w:rsidRDefault="000B1758" w:rsidP="0030392E">
      <w:pPr>
        <w:pStyle w:val="aff8"/>
        <w:numPr>
          <w:ilvl w:val="1"/>
          <w:numId w:val="39"/>
        </w:numPr>
        <w:spacing w:before="240" w:beforeAutospacing="0" w:line="276" w:lineRule="auto"/>
        <w:jc w:val="both"/>
        <w:rPr>
          <w:sz w:val="28"/>
          <w:szCs w:val="28"/>
        </w:rPr>
      </w:pPr>
      <w:r w:rsidRPr="00BB64BB">
        <w:rPr>
          <w:sz w:val="28"/>
          <w:szCs w:val="28"/>
        </w:rPr>
        <w:t>Контактные данные.</w:t>
      </w:r>
    </w:p>
    <w:p w14:paraId="0B654196" w14:textId="77777777" w:rsidR="000B1758" w:rsidRPr="00BB64BB" w:rsidRDefault="00166F84" w:rsidP="00294B97">
      <w:pPr>
        <w:pStyle w:val="31"/>
        <w:spacing w:before="240"/>
        <w:jc w:val="center"/>
        <w:rPr>
          <w:rFonts w:ascii="Times New Roman" w:hAnsi="Times New Roman" w:cs="Times New Roman"/>
          <w:color w:val="auto"/>
          <w:szCs w:val="28"/>
          <w:lang w:val="ru-RU"/>
        </w:rPr>
      </w:pPr>
      <w:r>
        <w:rPr>
          <w:rFonts w:ascii="Times New Roman" w:hAnsi="Times New Roman" w:cs="Times New Roman"/>
          <w:color w:val="auto"/>
          <w:szCs w:val="28"/>
          <w:lang w:val="ru-RU"/>
        </w:rPr>
        <w:t>5</w:t>
      </w:r>
      <w:r w:rsidR="000B1758" w:rsidRPr="00BB64BB">
        <w:rPr>
          <w:rFonts w:ascii="Times New Roman" w:hAnsi="Times New Roman" w:cs="Times New Roman"/>
          <w:color w:val="auto"/>
          <w:szCs w:val="28"/>
          <w:lang w:val="ru-RU"/>
        </w:rPr>
        <w:t>. Порядок и условия обработки персональных данных</w:t>
      </w:r>
    </w:p>
    <w:p w14:paraId="4691DA1A" w14:textId="02CA8216" w:rsidR="000B1758" w:rsidRPr="00BB64BB" w:rsidRDefault="000B1758" w:rsidP="0030392E">
      <w:pPr>
        <w:pStyle w:val="aff8"/>
        <w:spacing w:before="240" w:beforeAutospacing="0" w:line="276" w:lineRule="auto"/>
        <w:ind w:firstLine="284"/>
        <w:jc w:val="both"/>
        <w:rPr>
          <w:sz w:val="28"/>
          <w:szCs w:val="28"/>
        </w:rPr>
      </w:pPr>
      <w:r w:rsidRPr="00BB64BB">
        <w:rPr>
          <w:sz w:val="28"/>
          <w:szCs w:val="28"/>
        </w:rPr>
        <w:t xml:space="preserve">Обработка персональных данных в </w:t>
      </w:r>
      <w:r w:rsidR="001132F6" w:rsidRPr="001132F6">
        <w:rPr>
          <w:bCs/>
          <w:iCs/>
          <w:sz w:val="28"/>
          <w:szCs w:val="28"/>
        </w:rPr>
        <w:t>ЧОУ ДПО «Центр профессионального образования»</w:t>
      </w:r>
      <w:r w:rsidR="007D5270" w:rsidRPr="00BB64BB">
        <w:rPr>
          <w:b/>
          <w:sz w:val="28"/>
          <w:szCs w:val="28"/>
        </w:rPr>
        <w:t xml:space="preserve"> </w:t>
      </w:r>
      <w:r w:rsidRPr="00BB64BB">
        <w:rPr>
          <w:sz w:val="28"/>
          <w:szCs w:val="28"/>
        </w:rPr>
        <w:t xml:space="preserve">осуществляется в соответствии с требованиями законодательства </w:t>
      </w:r>
      <w:r w:rsidRPr="00BB64BB">
        <w:rPr>
          <w:sz w:val="28"/>
          <w:szCs w:val="28"/>
        </w:rPr>
        <w:lastRenderedPageBreak/>
        <w:t>Российской Федерации, в том числе Федерального закона от 27.07.2006 № 152-ФЗ «О персональных данных», исключительно в целях, соответствующих заранее заявленным целям их сбора.</w:t>
      </w:r>
    </w:p>
    <w:p w14:paraId="646903A4" w14:textId="77777777" w:rsidR="000B1758" w:rsidRPr="00294B97" w:rsidRDefault="000B1758" w:rsidP="0030392E">
      <w:pPr>
        <w:pStyle w:val="aff8"/>
        <w:spacing w:before="240" w:beforeAutospacing="0" w:line="276" w:lineRule="auto"/>
        <w:ind w:firstLine="284"/>
        <w:jc w:val="both"/>
        <w:rPr>
          <w:b/>
          <w:bCs/>
          <w:sz w:val="28"/>
          <w:szCs w:val="28"/>
        </w:rPr>
      </w:pPr>
      <w:r w:rsidRPr="00294B97">
        <w:rPr>
          <w:rStyle w:val="af6"/>
          <w:b w:val="0"/>
          <w:bCs w:val="0"/>
          <w:sz w:val="28"/>
          <w:szCs w:val="28"/>
        </w:rPr>
        <w:t>Перечень действий, совершаемых Оператором с персональными данными:</w:t>
      </w:r>
    </w:p>
    <w:p w14:paraId="2BBD8F82"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сбор;</w:t>
      </w:r>
    </w:p>
    <w:p w14:paraId="22373B68"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запись;</w:t>
      </w:r>
    </w:p>
    <w:p w14:paraId="3BEEBBB4"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систематизация;</w:t>
      </w:r>
    </w:p>
    <w:p w14:paraId="50A3C7B3"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накопление;</w:t>
      </w:r>
    </w:p>
    <w:p w14:paraId="3630F9AA"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хранение;</w:t>
      </w:r>
    </w:p>
    <w:p w14:paraId="0FE6CE38"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уточнение (обновление, изменение);</w:t>
      </w:r>
    </w:p>
    <w:p w14:paraId="2481FD8E"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извлечение;</w:t>
      </w:r>
    </w:p>
    <w:p w14:paraId="29E907CE"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использование;</w:t>
      </w:r>
    </w:p>
    <w:p w14:paraId="6BDD2DCB"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передача (предоставление, распространение, доступ);</w:t>
      </w:r>
    </w:p>
    <w:p w14:paraId="1F32BB49"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обезличивание;</w:t>
      </w:r>
    </w:p>
    <w:p w14:paraId="7847A0C7" w14:textId="77777777" w:rsidR="000B1758" w:rsidRPr="00BB64BB" w:rsidRDefault="000B1758" w:rsidP="0030392E">
      <w:pPr>
        <w:pStyle w:val="aff8"/>
        <w:numPr>
          <w:ilvl w:val="0"/>
          <w:numId w:val="12"/>
        </w:numPr>
        <w:spacing w:before="240" w:beforeAutospacing="0" w:line="276" w:lineRule="auto"/>
        <w:ind w:firstLine="273"/>
        <w:jc w:val="both"/>
        <w:rPr>
          <w:sz w:val="28"/>
          <w:szCs w:val="28"/>
        </w:rPr>
      </w:pPr>
      <w:r w:rsidRPr="00BB64BB">
        <w:rPr>
          <w:sz w:val="28"/>
          <w:szCs w:val="28"/>
        </w:rPr>
        <w:t>уничтожение.</w:t>
      </w:r>
    </w:p>
    <w:p w14:paraId="6EEFFA83" w14:textId="77777777" w:rsidR="000B1758" w:rsidRPr="00BB64BB" w:rsidRDefault="000B1758" w:rsidP="0030392E">
      <w:pPr>
        <w:pStyle w:val="aff8"/>
        <w:spacing w:before="240" w:beforeAutospacing="0" w:line="276" w:lineRule="auto"/>
        <w:ind w:firstLine="284"/>
        <w:jc w:val="both"/>
        <w:rPr>
          <w:sz w:val="28"/>
          <w:szCs w:val="28"/>
        </w:rPr>
      </w:pPr>
      <w:r w:rsidRPr="00294B97">
        <w:rPr>
          <w:rStyle w:val="af6"/>
          <w:b w:val="0"/>
          <w:bCs w:val="0"/>
          <w:sz w:val="28"/>
          <w:szCs w:val="28"/>
        </w:rPr>
        <w:t>Способы обработки персональных данных</w:t>
      </w:r>
      <w:r w:rsidRPr="00BB64BB">
        <w:rPr>
          <w:rStyle w:val="af6"/>
          <w:sz w:val="28"/>
          <w:szCs w:val="28"/>
        </w:rPr>
        <w:t>:</w:t>
      </w:r>
      <w:r w:rsidR="0030392E">
        <w:rPr>
          <w:sz w:val="28"/>
          <w:szCs w:val="28"/>
        </w:rPr>
        <w:t xml:space="preserve"> с</w:t>
      </w:r>
      <w:r w:rsidR="0087378D" w:rsidRPr="00BB64BB">
        <w:rPr>
          <w:sz w:val="28"/>
          <w:szCs w:val="28"/>
        </w:rPr>
        <w:t>мешанная обработка персональных данных - обработка происходит как с использованием автоматизированных средств, так и без них.</w:t>
      </w:r>
    </w:p>
    <w:p w14:paraId="076A5620" w14:textId="77777777" w:rsidR="000B1758" w:rsidRPr="00294B97" w:rsidRDefault="000B1758" w:rsidP="0030392E">
      <w:pPr>
        <w:pStyle w:val="aff8"/>
        <w:spacing w:before="240" w:beforeAutospacing="0" w:line="276" w:lineRule="auto"/>
        <w:ind w:firstLine="284"/>
        <w:jc w:val="both"/>
        <w:rPr>
          <w:b/>
          <w:bCs/>
          <w:sz w:val="28"/>
          <w:szCs w:val="28"/>
        </w:rPr>
      </w:pPr>
      <w:r w:rsidRPr="00294B97">
        <w:rPr>
          <w:rStyle w:val="af6"/>
          <w:b w:val="0"/>
          <w:bCs w:val="0"/>
          <w:sz w:val="28"/>
          <w:szCs w:val="28"/>
        </w:rPr>
        <w:t>Сроки обработки и хранения персональных данных:</w:t>
      </w:r>
    </w:p>
    <w:p w14:paraId="1576B7B5" w14:textId="77777777" w:rsidR="000B1758" w:rsidRPr="00BB64BB" w:rsidRDefault="000B1758" w:rsidP="0030392E">
      <w:pPr>
        <w:pStyle w:val="aff8"/>
        <w:numPr>
          <w:ilvl w:val="0"/>
          <w:numId w:val="14"/>
        </w:numPr>
        <w:tabs>
          <w:tab w:val="clear" w:pos="720"/>
          <w:tab w:val="num" w:pos="993"/>
        </w:tabs>
        <w:spacing w:before="240" w:beforeAutospacing="0" w:line="276" w:lineRule="auto"/>
        <w:ind w:left="0" w:firstLine="567"/>
        <w:jc w:val="both"/>
        <w:rPr>
          <w:sz w:val="28"/>
          <w:szCs w:val="28"/>
        </w:rPr>
      </w:pPr>
      <w:r w:rsidRPr="00BB64BB">
        <w:rPr>
          <w:sz w:val="28"/>
          <w:szCs w:val="28"/>
        </w:rPr>
        <w:t>Персональные данные обрабатываются и хранятся до достижения целей обработки либо до истечения сроков хранения, установленных законодательством Российской Федерации и локальными нормативными актами Оператора.</w:t>
      </w:r>
    </w:p>
    <w:p w14:paraId="0672696F" w14:textId="77777777" w:rsidR="000B1758" w:rsidRPr="00BB64BB" w:rsidRDefault="000B1758" w:rsidP="0030392E">
      <w:pPr>
        <w:pStyle w:val="aff8"/>
        <w:numPr>
          <w:ilvl w:val="0"/>
          <w:numId w:val="14"/>
        </w:numPr>
        <w:tabs>
          <w:tab w:val="clear" w:pos="720"/>
          <w:tab w:val="num" w:pos="993"/>
        </w:tabs>
        <w:spacing w:before="240" w:beforeAutospacing="0" w:line="276" w:lineRule="auto"/>
        <w:ind w:left="0" w:firstLine="567"/>
        <w:jc w:val="both"/>
        <w:rPr>
          <w:sz w:val="28"/>
          <w:szCs w:val="28"/>
        </w:rPr>
      </w:pPr>
      <w:r w:rsidRPr="00BB64BB">
        <w:rPr>
          <w:sz w:val="28"/>
          <w:szCs w:val="28"/>
        </w:rPr>
        <w:lastRenderedPageBreak/>
        <w:t>При достижении целей обработки, а также по истечении срока действия согласия или при отзыве согласия субъектом персональных данных, данные подлежат уничтожению, если иное не предусмотрено законодательством или договором.</w:t>
      </w:r>
    </w:p>
    <w:p w14:paraId="6E437028" w14:textId="77777777" w:rsidR="000B1758" w:rsidRPr="00294B97" w:rsidRDefault="000B1758" w:rsidP="00B42033">
      <w:pPr>
        <w:pStyle w:val="aff8"/>
        <w:spacing w:before="240" w:beforeAutospacing="0" w:line="276" w:lineRule="auto"/>
        <w:jc w:val="both"/>
        <w:rPr>
          <w:b/>
          <w:bCs/>
          <w:sz w:val="28"/>
          <w:szCs w:val="28"/>
        </w:rPr>
      </w:pPr>
      <w:r w:rsidRPr="00294B97">
        <w:rPr>
          <w:rStyle w:val="af6"/>
          <w:b w:val="0"/>
          <w:bCs w:val="0"/>
          <w:sz w:val="28"/>
          <w:szCs w:val="28"/>
        </w:rPr>
        <w:t>Условия передачи персональных данных третьим лицам:</w:t>
      </w:r>
    </w:p>
    <w:p w14:paraId="2C32AE83" w14:textId="77777777" w:rsidR="000B1758" w:rsidRPr="00BB64BB" w:rsidRDefault="000B1758" w:rsidP="0030392E">
      <w:pPr>
        <w:pStyle w:val="aff8"/>
        <w:numPr>
          <w:ilvl w:val="0"/>
          <w:numId w:val="15"/>
        </w:numPr>
        <w:tabs>
          <w:tab w:val="clear" w:pos="720"/>
          <w:tab w:val="num" w:pos="993"/>
        </w:tabs>
        <w:spacing w:before="240" w:beforeAutospacing="0" w:line="276" w:lineRule="auto"/>
        <w:ind w:left="0" w:firstLine="567"/>
        <w:jc w:val="both"/>
        <w:rPr>
          <w:sz w:val="28"/>
          <w:szCs w:val="28"/>
        </w:rPr>
      </w:pPr>
      <w:r w:rsidRPr="00BB64BB">
        <w:rPr>
          <w:sz w:val="28"/>
          <w:szCs w:val="28"/>
        </w:rPr>
        <w:t>Оператор вправе передавать персональные данные третьим лицам, если это необходимо для выполнения договора, заключенного с субъектом персональных данных, либо на основании согласия субъекта, либо в иных случаях, установленных законодательством.</w:t>
      </w:r>
    </w:p>
    <w:p w14:paraId="2F5D945C" w14:textId="77777777" w:rsidR="000B1758" w:rsidRPr="00BB64BB" w:rsidRDefault="000B1758" w:rsidP="0030392E">
      <w:pPr>
        <w:pStyle w:val="aff8"/>
        <w:numPr>
          <w:ilvl w:val="0"/>
          <w:numId w:val="15"/>
        </w:numPr>
        <w:tabs>
          <w:tab w:val="clear" w:pos="720"/>
          <w:tab w:val="num" w:pos="993"/>
        </w:tabs>
        <w:spacing w:before="240" w:beforeAutospacing="0" w:line="276" w:lineRule="auto"/>
        <w:ind w:left="0" w:firstLine="567"/>
        <w:jc w:val="both"/>
        <w:rPr>
          <w:sz w:val="28"/>
          <w:szCs w:val="28"/>
        </w:rPr>
      </w:pPr>
      <w:r w:rsidRPr="00BB64BB">
        <w:rPr>
          <w:sz w:val="28"/>
          <w:szCs w:val="28"/>
        </w:rPr>
        <w:t>При передаче персональных данных третьим лицам, включая операторов по поручению, обеспечивается соблюдение требований к защите персональных данных, предусмотренных законодательством.</w:t>
      </w:r>
    </w:p>
    <w:p w14:paraId="34114CD0" w14:textId="77777777" w:rsidR="000B1758" w:rsidRPr="00BB64BB" w:rsidRDefault="000B1758" w:rsidP="0030392E">
      <w:pPr>
        <w:pStyle w:val="aff8"/>
        <w:numPr>
          <w:ilvl w:val="0"/>
          <w:numId w:val="15"/>
        </w:numPr>
        <w:tabs>
          <w:tab w:val="clear" w:pos="720"/>
          <w:tab w:val="num" w:pos="993"/>
        </w:tabs>
        <w:spacing w:before="240" w:beforeAutospacing="0" w:line="276" w:lineRule="auto"/>
        <w:ind w:left="0" w:firstLine="567"/>
        <w:jc w:val="both"/>
        <w:rPr>
          <w:sz w:val="28"/>
          <w:szCs w:val="28"/>
        </w:rPr>
      </w:pPr>
      <w:r w:rsidRPr="00BB64BB">
        <w:rPr>
          <w:sz w:val="28"/>
          <w:szCs w:val="28"/>
        </w:rPr>
        <w:t>В случае передачи персональных данных за пределы Российской Федерации (трансграничная передача), Оператор обязуется предварительно убедиться в наличии адекватной защиты прав субъектов персональных данных в государстве-получателе.</w:t>
      </w:r>
    </w:p>
    <w:p w14:paraId="16BC94AB" w14:textId="77777777" w:rsidR="000B1758" w:rsidRPr="00294B97" w:rsidRDefault="000B1758" w:rsidP="00B42033">
      <w:pPr>
        <w:pStyle w:val="aff8"/>
        <w:spacing w:before="240" w:beforeAutospacing="0" w:line="276" w:lineRule="auto"/>
        <w:jc w:val="both"/>
        <w:rPr>
          <w:b/>
          <w:bCs/>
          <w:sz w:val="28"/>
          <w:szCs w:val="28"/>
        </w:rPr>
      </w:pPr>
      <w:r w:rsidRPr="00294B97">
        <w:rPr>
          <w:rStyle w:val="af6"/>
          <w:b w:val="0"/>
          <w:bCs w:val="0"/>
          <w:sz w:val="28"/>
          <w:szCs w:val="28"/>
        </w:rPr>
        <w:t>Конфиденциальность персональных данных:</w:t>
      </w:r>
    </w:p>
    <w:p w14:paraId="5BA01413" w14:textId="70F0027B" w:rsidR="000B1758" w:rsidRPr="00BB64BB" w:rsidRDefault="000B1758" w:rsidP="0030392E">
      <w:pPr>
        <w:pStyle w:val="aff8"/>
        <w:numPr>
          <w:ilvl w:val="0"/>
          <w:numId w:val="16"/>
        </w:numPr>
        <w:tabs>
          <w:tab w:val="clear" w:pos="720"/>
          <w:tab w:val="num" w:pos="993"/>
        </w:tabs>
        <w:spacing w:before="240" w:beforeAutospacing="0" w:line="276" w:lineRule="auto"/>
        <w:ind w:left="0" w:firstLine="567"/>
        <w:jc w:val="both"/>
        <w:rPr>
          <w:sz w:val="28"/>
          <w:szCs w:val="28"/>
        </w:rPr>
      </w:pPr>
      <w:r w:rsidRPr="00BB64BB">
        <w:rPr>
          <w:sz w:val="28"/>
          <w:szCs w:val="28"/>
        </w:rPr>
        <w:t>Все лица, допущенные к обработке персональных данных, обязаны соблюдать конфиденциальность</w:t>
      </w:r>
      <w:r w:rsidR="007D5270">
        <w:rPr>
          <w:sz w:val="28"/>
          <w:szCs w:val="28"/>
        </w:rPr>
        <w:t>,</w:t>
      </w:r>
      <w:r w:rsidRPr="00BB64BB">
        <w:rPr>
          <w:sz w:val="28"/>
          <w:szCs w:val="28"/>
        </w:rPr>
        <w:t xml:space="preserve"> требования </w:t>
      </w:r>
      <w:r w:rsidR="007D5270">
        <w:rPr>
          <w:sz w:val="28"/>
          <w:szCs w:val="28"/>
        </w:rPr>
        <w:t>законодательства в сфере персональных данных, а также требования внутренней распорядительной документации и политики безопасности</w:t>
      </w:r>
      <w:r w:rsidRPr="00BB64BB">
        <w:rPr>
          <w:sz w:val="28"/>
          <w:szCs w:val="28"/>
        </w:rPr>
        <w:t>.</w:t>
      </w:r>
    </w:p>
    <w:p w14:paraId="272F0056" w14:textId="77777777" w:rsidR="000B1758" w:rsidRPr="00BB64BB" w:rsidRDefault="000B1758" w:rsidP="0030392E">
      <w:pPr>
        <w:pStyle w:val="aff8"/>
        <w:numPr>
          <w:ilvl w:val="0"/>
          <w:numId w:val="16"/>
        </w:numPr>
        <w:tabs>
          <w:tab w:val="clear" w:pos="720"/>
          <w:tab w:val="num" w:pos="993"/>
        </w:tabs>
        <w:spacing w:before="240" w:beforeAutospacing="0" w:line="276" w:lineRule="auto"/>
        <w:ind w:left="0" w:firstLine="567"/>
        <w:jc w:val="both"/>
        <w:rPr>
          <w:sz w:val="28"/>
          <w:szCs w:val="28"/>
        </w:rPr>
      </w:pPr>
      <w:r w:rsidRPr="00BB64BB">
        <w:rPr>
          <w:sz w:val="28"/>
          <w:szCs w:val="28"/>
        </w:rPr>
        <w:t>Доступ к персональным данным предоставляется только тем сотрудникам Оператора, для которых это необходимо в силу их должностных обязанностей.</w:t>
      </w:r>
    </w:p>
    <w:p w14:paraId="512C9824" w14:textId="77777777" w:rsidR="000B1758" w:rsidRPr="00BB64BB" w:rsidRDefault="000B1758" w:rsidP="0030392E">
      <w:pPr>
        <w:pStyle w:val="aff8"/>
        <w:spacing w:before="240" w:beforeAutospacing="0" w:line="276" w:lineRule="auto"/>
        <w:ind w:firstLine="284"/>
        <w:jc w:val="both"/>
        <w:rPr>
          <w:sz w:val="28"/>
          <w:szCs w:val="28"/>
        </w:rPr>
      </w:pPr>
      <w:r w:rsidRPr="00294B97">
        <w:rPr>
          <w:rStyle w:val="af6"/>
          <w:b w:val="0"/>
          <w:bCs w:val="0"/>
          <w:sz w:val="28"/>
          <w:szCs w:val="28"/>
        </w:rPr>
        <w:t>Меры по защите персональных данных:</w:t>
      </w:r>
      <w:r w:rsidR="0030392E">
        <w:rPr>
          <w:sz w:val="28"/>
          <w:szCs w:val="28"/>
        </w:rPr>
        <w:t xml:space="preserve"> о</w:t>
      </w:r>
      <w:r w:rsidRPr="00BB64BB">
        <w:rPr>
          <w:sz w:val="28"/>
          <w:szCs w:val="28"/>
        </w:rPr>
        <w:t>ператор принимает необходимые правовые, организационные и технические меры для защиты персональных данных от неправомерного или случайного доступа, уничтожения, изменения, блокирования, копирования, предоставления, распространения, а также от иных неправомерных действий, включая:</w:t>
      </w:r>
    </w:p>
    <w:p w14:paraId="36D5800F" w14:textId="77777777" w:rsidR="000B1758" w:rsidRPr="00BB64BB" w:rsidRDefault="000B1758"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sidRPr="00BB64BB">
        <w:rPr>
          <w:sz w:val="28"/>
          <w:szCs w:val="28"/>
        </w:rPr>
        <w:t>назначение ответственного лица за организацию обработки персональных данных;</w:t>
      </w:r>
    </w:p>
    <w:p w14:paraId="379E9744" w14:textId="77777777" w:rsidR="000B1758" w:rsidRPr="00BB64BB" w:rsidRDefault="000B1758"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sidRPr="00BB64BB">
        <w:rPr>
          <w:sz w:val="28"/>
          <w:szCs w:val="28"/>
        </w:rPr>
        <w:lastRenderedPageBreak/>
        <w:t>ограничение доступа к персональным данным;</w:t>
      </w:r>
    </w:p>
    <w:p w14:paraId="5A1DE10C" w14:textId="77777777" w:rsidR="000B1758" w:rsidRPr="00BB64BB" w:rsidRDefault="000B1758"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sidRPr="00BB64BB">
        <w:rPr>
          <w:sz w:val="28"/>
          <w:szCs w:val="28"/>
        </w:rPr>
        <w:t>применение антивирусной защиты, межсетевого экранирования и других средств защиты информации;</w:t>
      </w:r>
    </w:p>
    <w:p w14:paraId="474F5EED" w14:textId="77777777" w:rsidR="000B1758" w:rsidRPr="00BB64BB" w:rsidRDefault="000B1758"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sidRPr="00BB64BB">
        <w:rPr>
          <w:sz w:val="28"/>
          <w:szCs w:val="28"/>
        </w:rPr>
        <w:t>ведение учёта и контроля действий с персональными данными;</w:t>
      </w:r>
    </w:p>
    <w:p w14:paraId="4AF99492" w14:textId="77777777" w:rsidR="000B1758" w:rsidRPr="00BB64BB" w:rsidRDefault="000B1758"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sidRPr="00BB64BB">
        <w:rPr>
          <w:sz w:val="28"/>
          <w:szCs w:val="28"/>
        </w:rPr>
        <w:t>обучение сотрудников, допущенных к обработке персональных данных, мерам обеспечения безопасности;</w:t>
      </w:r>
    </w:p>
    <w:p w14:paraId="63C58326" w14:textId="7C749F89" w:rsidR="000B1758" w:rsidRDefault="000B1758"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sidRPr="00BB64BB">
        <w:rPr>
          <w:sz w:val="28"/>
          <w:szCs w:val="28"/>
        </w:rPr>
        <w:t>регулярную оценку вреда, который может быть причинён субъекту персональных данных, и принятие соответствующих мер реагирования.</w:t>
      </w:r>
    </w:p>
    <w:p w14:paraId="788B8450" w14:textId="77777777" w:rsidR="00085867" w:rsidRDefault="00085867"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Pr>
          <w:sz w:val="28"/>
          <w:szCs w:val="28"/>
        </w:rPr>
        <w:t>изданием</w:t>
      </w:r>
      <w:r w:rsidRPr="00085867">
        <w:rPr>
          <w:sz w:val="28"/>
          <w:szCs w:val="28"/>
        </w:rPr>
        <w:t xml:space="preserve"> политик</w:t>
      </w:r>
      <w:r>
        <w:rPr>
          <w:sz w:val="28"/>
          <w:szCs w:val="28"/>
        </w:rPr>
        <w:t>и</w:t>
      </w:r>
      <w:r w:rsidRPr="00085867">
        <w:rPr>
          <w:sz w:val="28"/>
          <w:szCs w:val="28"/>
        </w:rPr>
        <w:t xml:space="preserve"> в отношении обработки персональных данных;</w:t>
      </w:r>
    </w:p>
    <w:p w14:paraId="1BC7A80D" w14:textId="77777777" w:rsidR="00085867" w:rsidRDefault="00085867"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Pr>
          <w:sz w:val="28"/>
          <w:szCs w:val="28"/>
        </w:rPr>
        <w:t>использование</w:t>
      </w:r>
      <w:r w:rsidRPr="00085867">
        <w:rPr>
          <w:sz w:val="28"/>
          <w:szCs w:val="28"/>
        </w:rPr>
        <w:t xml:space="preserve"> правовы</w:t>
      </w:r>
      <w:r>
        <w:rPr>
          <w:sz w:val="28"/>
          <w:szCs w:val="28"/>
        </w:rPr>
        <w:t>х</w:t>
      </w:r>
      <w:r w:rsidRPr="00085867">
        <w:rPr>
          <w:sz w:val="28"/>
          <w:szCs w:val="28"/>
        </w:rPr>
        <w:t>, организационны</w:t>
      </w:r>
      <w:r>
        <w:rPr>
          <w:sz w:val="28"/>
          <w:szCs w:val="28"/>
        </w:rPr>
        <w:t>х</w:t>
      </w:r>
      <w:r w:rsidRPr="00085867">
        <w:rPr>
          <w:sz w:val="28"/>
          <w:szCs w:val="28"/>
        </w:rPr>
        <w:t xml:space="preserve"> и технически</w:t>
      </w:r>
      <w:r>
        <w:rPr>
          <w:sz w:val="28"/>
          <w:szCs w:val="28"/>
        </w:rPr>
        <w:t>х</w:t>
      </w:r>
      <w:r w:rsidRPr="00085867">
        <w:rPr>
          <w:sz w:val="28"/>
          <w:szCs w:val="28"/>
        </w:rPr>
        <w:t xml:space="preserve"> мер по обеспечению безопасности персональных данных;</w:t>
      </w:r>
    </w:p>
    <w:p w14:paraId="1829B209" w14:textId="77777777" w:rsidR="00085867" w:rsidRDefault="00085867"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Pr>
          <w:sz w:val="28"/>
          <w:szCs w:val="28"/>
        </w:rPr>
        <w:t>Проведением</w:t>
      </w:r>
      <w:r w:rsidRPr="00085867">
        <w:rPr>
          <w:sz w:val="28"/>
          <w:szCs w:val="28"/>
        </w:rPr>
        <w:t xml:space="preserve"> внутренн</w:t>
      </w:r>
      <w:r>
        <w:rPr>
          <w:sz w:val="28"/>
          <w:szCs w:val="28"/>
        </w:rPr>
        <w:t>его</w:t>
      </w:r>
      <w:r w:rsidRPr="00085867">
        <w:rPr>
          <w:sz w:val="28"/>
          <w:szCs w:val="28"/>
        </w:rPr>
        <w:t xml:space="preserve"> контрол</w:t>
      </w:r>
      <w:r>
        <w:rPr>
          <w:sz w:val="28"/>
          <w:szCs w:val="28"/>
        </w:rPr>
        <w:t>я</w:t>
      </w:r>
      <w:r w:rsidRPr="00085867">
        <w:rPr>
          <w:sz w:val="28"/>
          <w:szCs w:val="28"/>
        </w:rPr>
        <w:t xml:space="preserve"> и аудита соответствия обработки персональных данных;</w:t>
      </w:r>
    </w:p>
    <w:p w14:paraId="242C91C3" w14:textId="77777777" w:rsidR="00085867" w:rsidRDefault="00085867"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sidRPr="00085867">
        <w:rPr>
          <w:sz w:val="28"/>
          <w:szCs w:val="28"/>
        </w:rPr>
        <w:t xml:space="preserve"> </w:t>
      </w:r>
      <w:r>
        <w:rPr>
          <w:sz w:val="28"/>
          <w:szCs w:val="28"/>
        </w:rPr>
        <w:t>Проведением</w:t>
      </w:r>
      <w:r w:rsidRPr="00085867">
        <w:rPr>
          <w:sz w:val="28"/>
          <w:szCs w:val="28"/>
        </w:rPr>
        <w:t xml:space="preserve"> оценк</w:t>
      </w:r>
      <w:r>
        <w:rPr>
          <w:sz w:val="28"/>
          <w:szCs w:val="28"/>
        </w:rPr>
        <w:t>и</w:t>
      </w:r>
      <w:r w:rsidRPr="00085867">
        <w:rPr>
          <w:sz w:val="28"/>
          <w:szCs w:val="28"/>
        </w:rPr>
        <w:t xml:space="preserve">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152-ФЗ;</w:t>
      </w:r>
    </w:p>
    <w:p w14:paraId="191CF6EC" w14:textId="77777777" w:rsidR="00085867" w:rsidRDefault="00085867"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Pr>
          <w:sz w:val="28"/>
          <w:szCs w:val="28"/>
        </w:rPr>
        <w:t>Определением</w:t>
      </w:r>
      <w:r w:rsidRPr="00085867">
        <w:rPr>
          <w:sz w:val="28"/>
          <w:szCs w:val="28"/>
        </w:rPr>
        <w:t xml:space="preserve"> угроз безопасности персональных данных при их обработке в информационных системах персональных данных;</w:t>
      </w:r>
    </w:p>
    <w:p w14:paraId="66147926" w14:textId="77777777" w:rsidR="00895DBD" w:rsidRDefault="00085867"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Pr>
          <w:sz w:val="28"/>
          <w:szCs w:val="28"/>
        </w:rPr>
        <w:t>П</w:t>
      </w:r>
      <w:r w:rsidRPr="00085867">
        <w:rPr>
          <w:sz w:val="28"/>
          <w:szCs w:val="28"/>
        </w:rPr>
        <w:t>римен</w:t>
      </w:r>
      <w:r>
        <w:rPr>
          <w:sz w:val="28"/>
          <w:szCs w:val="28"/>
        </w:rPr>
        <w:t>ением</w:t>
      </w:r>
      <w:r w:rsidRPr="00085867">
        <w:rPr>
          <w:sz w:val="28"/>
          <w:szCs w:val="28"/>
        </w:rPr>
        <w:t xml:space="preserve"> технические меры по обеспечению безопасности персональных данных при их обработке в информационных системах персональных данных в соответствии установленным с уровнем защищенности; </w:t>
      </w:r>
    </w:p>
    <w:p w14:paraId="440DF47D" w14:textId="77777777" w:rsidR="00895DBD" w:rsidRDefault="00895DBD"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Pr>
          <w:sz w:val="28"/>
          <w:szCs w:val="28"/>
        </w:rPr>
        <w:t>Применением</w:t>
      </w:r>
      <w:r w:rsidR="00085867" w:rsidRPr="00085867">
        <w:rPr>
          <w:sz w:val="28"/>
          <w:szCs w:val="28"/>
        </w:rPr>
        <w:t xml:space="preserve"> сертифицированны</w:t>
      </w:r>
      <w:r>
        <w:rPr>
          <w:sz w:val="28"/>
          <w:szCs w:val="28"/>
        </w:rPr>
        <w:t>х</w:t>
      </w:r>
      <w:r w:rsidR="00085867" w:rsidRPr="00085867">
        <w:rPr>
          <w:sz w:val="28"/>
          <w:szCs w:val="28"/>
        </w:rPr>
        <w:t xml:space="preserve"> средств защиты информации;</w:t>
      </w:r>
    </w:p>
    <w:p w14:paraId="7EEBDA25" w14:textId="77777777" w:rsidR="00895DBD" w:rsidRDefault="00895DBD"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Pr>
          <w:sz w:val="28"/>
          <w:szCs w:val="28"/>
        </w:rPr>
        <w:t>Проведением</w:t>
      </w:r>
      <w:r w:rsidR="00085867" w:rsidRPr="00085867">
        <w:rPr>
          <w:sz w:val="28"/>
          <w:szCs w:val="28"/>
        </w:rPr>
        <w:t xml:space="preserve"> оценк</w:t>
      </w:r>
      <w:r>
        <w:rPr>
          <w:sz w:val="28"/>
          <w:szCs w:val="28"/>
        </w:rPr>
        <w:t>и</w:t>
      </w:r>
      <w:r w:rsidR="00085867" w:rsidRPr="00085867">
        <w:rPr>
          <w:sz w:val="28"/>
          <w:szCs w:val="28"/>
        </w:rPr>
        <w:t xml:space="preserve">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7E394A58" w14:textId="2DED43F6" w:rsidR="00895DBD" w:rsidRDefault="00085867"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sidRPr="00085867">
        <w:rPr>
          <w:sz w:val="28"/>
          <w:szCs w:val="28"/>
        </w:rPr>
        <w:t>веде</w:t>
      </w:r>
      <w:r w:rsidR="00895DBD">
        <w:rPr>
          <w:sz w:val="28"/>
          <w:szCs w:val="28"/>
        </w:rPr>
        <w:t>нием</w:t>
      </w:r>
      <w:r w:rsidRPr="00085867">
        <w:rPr>
          <w:sz w:val="28"/>
          <w:szCs w:val="28"/>
        </w:rPr>
        <w:t xml:space="preserve"> учет машинных</w:t>
      </w:r>
      <w:bookmarkStart w:id="0" w:name="_GoBack"/>
      <w:bookmarkEnd w:id="0"/>
      <w:r w:rsidRPr="00085867">
        <w:rPr>
          <w:sz w:val="28"/>
          <w:szCs w:val="28"/>
        </w:rPr>
        <w:t xml:space="preserve"> носителей персональных данных; </w:t>
      </w:r>
    </w:p>
    <w:p w14:paraId="563966FE" w14:textId="77777777" w:rsidR="00895DBD" w:rsidRDefault="00895DBD"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Pr>
          <w:sz w:val="28"/>
          <w:szCs w:val="28"/>
        </w:rPr>
        <w:lastRenderedPageBreak/>
        <w:t>О</w:t>
      </w:r>
      <w:r w:rsidR="00085867" w:rsidRPr="00085867">
        <w:rPr>
          <w:sz w:val="28"/>
          <w:szCs w:val="28"/>
        </w:rPr>
        <w:t>рганиз</w:t>
      </w:r>
      <w:r>
        <w:rPr>
          <w:sz w:val="28"/>
          <w:szCs w:val="28"/>
        </w:rPr>
        <w:t>ацией</w:t>
      </w:r>
      <w:r w:rsidR="00085867" w:rsidRPr="00085867">
        <w:rPr>
          <w:sz w:val="28"/>
          <w:szCs w:val="28"/>
        </w:rPr>
        <w:t xml:space="preserve"> механизм</w:t>
      </w:r>
      <w:r>
        <w:rPr>
          <w:sz w:val="28"/>
          <w:szCs w:val="28"/>
        </w:rPr>
        <w:t>а</w:t>
      </w:r>
      <w:r w:rsidR="00085867" w:rsidRPr="00085867">
        <w:rPr>
          <w:sz w:val="28"/>
          <w:szCs w:val="28"/>
        </w:rPr>
        <w:t xml:space="preserve"> резервирования и восстановления персональных данных, модифицированных или уничтоженных вследствие несанкционированного доступа к ним;</w:t>
      </w:r>
    </w:p>
    <w:p w14:paraId="41861BA7" w14:textId="77777777" w:rsidR="00895DBD" w:rsidRDefault="00085867"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sidRPr="00085867">
        <w:rPr>
          <w:sz w:val="28"/>
          <w:szCs w:val="28"/>
        </w:rPr>
        <w:t xml:space="preserve"> </w:t>
      </w:r>
      <w:r w:rsidR="00895DBD">
        <w:rPr>
          <w:sz w:val="28"/>
          <w:szCs w:val="28"/>
        </w:rPr>
        <w:t>В</w:t>
      </w:r>
      <w:r w:rsidRPr="00085867">
        <w:rPr>
          <w:sz w:val="28"/>
          <w:szCs w:val="28"/>
        </w:rPr>
        <w:t>еде</w:t>
      </w:r>
      <w:r w:rsidR="00895DBD">
        <w:rPr>
          <w:sz w:val="28"/>
          <w:szCs w:val="28"/>
        </w:rPr>
        <w:t>нием</w:t>
      </w:r>
      <w:r w:rsidRPr="00085867">
        <w:rPr>
          <w:sz w:val="28"/>
          <w:szCs w:val="28"/>
        </w:rPr>
        <w:t xml:space="preserve"> контрол</w:t>
      </w:r>
      <w:r w:rsidR="00895DBD">
        <w:rPr>
          <w:sz w:val="28"/>
          <w:szCs w:val="28"/>
        </w:rPr>
        <w:t>я</w:t>
      </w:r>
      <w:r w:rsidRPr="00085867">
        <w:rPr>
          <w:sz w:val="28"/>
          <w:szCs w:val="28"/>
        </w:rPr>
        <w:t xml:space="preserve"> за принимаемыми мерами по обеспечению безопасности персональных данных и уровня защищенности информационных систем персональных данных; </w:t>
      </w:r>
    </w:p>
    <w:p w14:paraId="4EE25FAE" w14:textId="77777777" w:rsidR="00895DBD" w:rsidRDefault="00895DBD"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Pr>
          <w:sz w:val="28"/>
          <w:szCs w:val="28"/>
        </w:rPr>
        <w:t>У</w:t>
      </w:r>
      <w:r w:rsidR="00085867" w:rsidRPr="00085867">
        <w:rPr>
          <w:sz w:val="28"/>
          <w:szCs w:val="28"/>
        </w:rPr>
        <w:t>становлен</w:t>
      </w:r>
      <w:r>
        <w:rPr>
          <w:sz w:val="28"/>
          <w:szCs w:val="28"/>
        </w:rPr>
        <w:t>ием</w:t>
      </w:r>
      <w:r w:rsidR="00085867" w:rsidRPr="00085867">
        <w:rPr>
          <w:sz w:val="28"/>
          <w:szCs w:val="28"/>
        </w:rPr>
        <w:t xml:space="preserve"> правил доступа к персональным данным, обрабатываемым в информационной системе персональных данных, а также обеспечена регистрация и учета всех действий, совершаемых с персональными данными в информационной системе персональных данных; </w:t>
      </w:r>
    </w:p>
    <w:p w14:paraId="211942E2" w14:textId="23FD463C" w:rsidR="00085867" w:rsidRPr="00BB64BB" w:rsidRDefault="00895DBD" w:rsidP="0030392E">
      <w:pPr>
        <w:pStyle w:val="aff8"/>
        <w:numPr>
          <w:ilvl w:val="0"/>
          <w:numId w:val="17"/>
        </w:numPr>
        <w:tabs>
          <w:tab w:val="clear" w:pos="720"/>
          <w:tab w:val="num" w:pos="993"/>
        </w:tabs>
        <w:spacing w:before="240" w:beforeAutospacing="0" w:line="276" w:lineRule="auto"/>
        <w:ind w:left="0" w:firstLine="567"/>
        <w:jc w:val="both"/>
        <w:rPr>
          <w:sz w:val="28"/>
          <w:szCs w:val="28"/>
        </w:rPr>
      </w:pPr>
      <w:r>
        <w:rPr>
          <w:sz w:val="28"/>
          <w:szCs w:val="28"/>
        </w:rPr>
        <w:t>Обнаружением</w:t>
      </w:r>
      <w:r w:rsidR="00085867" w:rsidRPr="00085867">
        <w:rPr>
          <w:sz w:val="28"/>
          <w:szCs w:val="28"/>
        </w:rPr>
        <w:t xml:space="preserve"> фактов несанкционированного доступа к персональным данным и принятие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2B45280A" w14:textId="77777777" w:rsidR="000B1758" w:rsidRPr="00294B97" w:rsidRDefault="000B1758" w:rsidP="0030392E">
      <w:pPr>
        <w:pStyle w:val="aff8"/>
        <w:spacing w:before="240" w:beforeAutospacing="0" w:line="276" w:lineRule="auto"/>
        <w:ind w:firstLine="284"/>
        <w:jc w:val="both"/>
        <w:rPr>
          <w:b/>
          <w:bCs/>
          <w:sz w:val="28"/>
          <w:szCs w:val="28"/>
        </w:rPr>
      </w:pPr>
      <w:r w:rsidRPr="00294B97">
        <w:rPr>
          <w:rStyle w:val="af6"/>
          <w:b w:val="0"/>
          <w:bCs w:val="0"/>
          <w:sz w:val="28"/>
          <w:szCs w:val="28"/>
        </w:rPr>
        <w:t>Условия прекращения обработки персональных данных:</w:t>
      </w:r>
    </w:p>
    <w:p w14:paraId="171DDC4E" w14:textId="77777777" w:rsidR="000B1758" w:rsidRPr="00BB64BB" w:rsidRDefault="000B1758" w:rsidP="0030392E">
      <w:pPr>
        <w:pStyle w:val="aff8"/>
        <w:numPr>
          <w:ilvl w:val="0"/>
          <w:numId w:val="18"/>
        </w:numPr>
        <w:tabs>
          <w:tab w:val="clear" w:pos="720"/>
          <w:tab w:val="num" w:pos="993"/>
        </w:tabs>
        <w:spacing w:before="240" w:beforeAutospacing="0" w:line="276" w:lineRule="auto"/>
        <w:ind w:left="0" w:firstLine="567"/>
        <w:jc w:val="both"/>
        <w:rPr>
          <w:sz w:val="28"/>
          <w:szCs w:val="28"/>
        </w:rPr>
      </w:pPr>
      <w:r w:rsidRPr="00BB64BB">
        <w:rPr>
          <w:sz w:val="28"/>
          <w:szCs w:val="28"/>
        </w:rPr>
        <w:t>достижение целей обработки;</w:t>
      </w:r>
    </w:p>
    <w:p w14:paraId="6F99598D" w14:textId="77777777" w:rsidR="000B1758" w:rsidRPr="00BB64BB" w:rsidRDefault="000B1758" w:rsidP="0030392E">
      <w:pPr>
        <w:pStyle w:val="aff8"/>
        <w:numPr>
          <w:ilvl w:val="0"/>
          <w:numId w:val="18"/>
        </w:numPr>
        <w:tabs>
          <w:tab w:val="clear" w:pos="720"/>
          <w:tab w:val="num" w:pos="993"/>
        </w:tabs>
        <w:spacing w:before="240" w:beforeAutospacing="0" w:line="276" w:lineRule="auto"/>
        <w:ind w:left="0" w:firstLine="567"/>
        <w:jc w:val="both"/>
        <w:rPr>
          <w:sz w:val="28"/>
          <w:szCs w:val="28"/>
        </w:rPr>
      </w:pPr>
      <w:r w:rsidRPr="00BB64BB">
        <w:rPr>
          <w:sz w:val="28"/>
          <w:szCs w:val="28"/>
        </w:rPr>
        <w:t>истечение сроков хранения;</w:t>
      </w:r>
    </w:p>
    <w:p w14:paraId="690D5F6B" w14:textId="77777777" w:rsidR="000B1758" w:rsidRPr="00BB64BB" w:rsidRDefault="000B1758" w:rsidP="0030392E">
      <w:pPr>
        <w:pStyle w:val="aff8"/>
        <w:numPr>
          <w:ilvl w:val="0"/>
          <w:numId w:val="18"/>
        </w:numPr>
        <w:tabs>
          <w:tab w:val="clear" w:pos="720"/>
          <w:tab w:val="num" w:pos="993"/>
        </w:tabs>
        <w:spacing w:before="240" w:beforeAutospacing="0" w:line="276" w:lineRule="auto"/>
        <w:ind w:left="0" w:firstLine="567"/>
        <w:jc w:val="both"/>
        <w:rPr>
          <w:sz w:val="28"/>
          <w:szCs w:val="28"/>
        </w:rPr>
      </w:pPr>
      <w:r w:rsidRPr="00BB64BB">
        <w:rPr>
          <w:sz w:val="28"/>
          <w:szCs w:val="28"/>
        </w:rPr>
        <w:t>отзыв субъектом персональных данных согласия на обработку, если дальнейшая обработка невозможна без такого согласия;</w:t>
      </w:r>
    </w:p>
    <w:p w14:paraId="41128CF9" w14:textId="77777777" w:rsidR="000B1758" w:rsidRPr="00BB64BB" w:rsidRDefault="000B1758" w:rsidP="0030392E">
      <w:pPr>
        <w:pStyle w:val="aff8"/>
        <w:numPr>
          <w:ilvl w:val="0"/>
          <w:numId w:val="18"/>
        </w:numPr>
        <w:tabs>
          <w:tab w:val="clear" w:pos="720"/>
          <w:tab w:val="num" w:pos="993"/>
        </w:tabs>
        <w:spacing w:before="240" w:beforeAutospacing="0" w:line="276" w:lineRule="auto"/>
        <w:ind w:left="0" w:firstLine="567"/>
        <w:jc w:val="both"/>
        <w:rPr>
          <w:sz w:val="28"/>
          <w:szCs w:val="28"/>
        </w:rPr>
      </w:pPr>
      <w:r w:rsidRPr="00BB64BB">
        <w:rPr>
          <w:sz w:val="28"/>
          <w:szCs w:val="28"/>
        </w:rPr>
        <w:t>выявление неправомерной обработки персональных данных.</w:t>
      </w:r>
    </w:p>
    <w:p w14:paraId="7FB70505" w14:textId="77777777" w:rsidR="000B1758" w:rsidRPr="00BB64BB" w:rsidRDefault="000B1758" w:rsidP="0030392E">
      <w:pPr>
        <w:pStyle w:val="aff8"/>
        <w:spacing w:before="240" w:beforeAutospacing="0" w:line="276" w:lineRule="auto"/>
        <w:ind w:firstLine="284"/>
        <w:jc w:val="both"/>
        <w:rPr>
          <w:sz w:val="28"/>
          <w:szCs w:val="28"/>
        </w:rPr>
      </w:pPr>
      <w:r w:rsidRPr="00294B97">
        <w:rPr>
          <w:rStyle w:val="af6"/>
          <w:b w:val="0"/>
          <w:bCs w:val="0"/>
          <w:sz w:val="28"/>
          <w:szCs w:val="28"/>
        </w:rPr>
        <w:t xml:space="preserve">Местонахождение </w:t>
      </w:r>
      <w:proofErr w:type="gramStart"/>
      <w:r w:rsidRPr="00294B97">
        <w:rPr>
          <w:rStyle w:val="af6"/>
          <w:b w:val="0"/>
          <w:bCs w:val="0"/>
          <w:sz w:val="28"/>
          <w:szCs w:val="28"/>
        </w:rPr>
        <w:t>баз</w:t>
      </w:r>
      <w:proofErr w:type="gramEnd"/>
      <w:r w:rsidRPr="00294B97">
        <w:rPr>
          <w:rStyle w:val="af6"/>
          <w:b w:val="0"/>
          <w:bCs w:val="0"/>
          <w:sz w:val="28"/>
          <w:szCs w:val="28"/>
        </w:rPr>
        <w:t xml:space="preserve"> данных персональных данных:</w:t>
      </w:r>
      <w:r w:rsidR="0030392E">
        <w:rPr>
          <w:sz w:val="28"/>
          <w:szCs w:val="28"/>
        </w:rPr>
        <w:t xml:space="preserve"> о</w:t>
      </w:r>
      <w:r w:rsidRPr="00BB64BB">
        <w:rPr>
          <w:sz w:val="28"/>
          <w:szCs w:val="28"/>
        </w:rPr>
        <w:t>бработка и хранение персональных данных осуществляется с использованием баз данных, находящихся на территории Российской Федерации, в соответствии с частью 5 статьи 18 Федерального закона № 152-ФЗ.</w:t>
      </w:r>
    </w:p>
    <w:p w14:paraId="2B48857B" w14:textId="77777777" w:rsidR="000B1758" w:rsidRPr="00BB64BB" w:rsidRDefault="00166F84" w:rsidP="00294B97">
      <w:pPr>
        <w:pStyle w:val="31"/>
        <w:spacing w:before="240"/>
        <w:jc w:val="center"/>
        <w:rPr>
          <w:rFonts w:ascii="Times New Roman" w:hAnsi="Times New Roman" w:cs="Times New Roman"/>
          <w:color w:val="auto"/>
          <w:szCs w:val="28"/>
          <w:lang w:val="ru-RU"/>
        </w:rPr>
      </w:pPr>
      <w:r>
        <w:rPr>
          <w:rFonts w:ascii="Times New Roman" w:hAnsi="Times New Roman" w:cs="Times New Roman"/>
          <w:color w:val="auto"/>
          <w:szCs w:val="28"/>
          <w:lang w:val="ru-RU"/>
        </w:rPr>
        <w:lastRenderedPageBreak/>
        <w:t>6</w:t>
      </w:r>
      <w:r w:rsidR="000B1758" w:rsidRPr="00BB64BB">
        <w:rPr>
          <w:rFonts w:ascii="Times New Roman" w:hAnsi="Times New Roman" w:cs="Times New Roman"/>
          <w:color w:val="auto"/>
          <w:szCs w:val="28"/>
          <w:lang w:val="ru-RU"/>
        </w:rPr>
        <w:t>. Актуализация, исправление, удаление и уничтожение персональных данных, ответы на запросы субъектов</w:t>
      </w:r>
    </w:p>
    <w:p w14:paraId="1835927B" w14:textId="77777777" w:rsidR="000B1758" w:rsidRPr="00BB64BB" w:rsidRDefault="000B1758" w:rsidP="0030392E">
      <w:pPr>
        <w:pStyle w:val="aff8"/>
        <w:spacing w:before="240" w:beforeAutospacing="0" w:line="276" w:lineRule="auto"/>
        <w:ind w:firstLine="284"/>
        <w:jc w:val="both"/>
        <w:rPr>
          <w:sz w:val="28"/>
          <w:szCs w:val="28"/>
        </w:rPr>
      </w:pPr>
      <w:r w:rsidRPr="0030392E">
        <w:rPr>
          <w:rStyle w:val="af6"/>
          <w:b w:val="0"/>
          <w:sz w:val="28"/>
          <w:szCs w:val="28"/>
        </w:rPr>
        <w:t>Актуализация, исправление, удаление и уничтожение персональных данных</w:t>
      </w:r>
      <w:r w:rsidRPr="0030392E">
        <w:rPr>
          <w:b/>
          <w:sz w:val="28"/>
          <w:szCs w:val="28"/>
        </w:rPr>
        <w:t xml:space="preserve"> </w:t>
      </w:r>
      <w:r w:rsidRPr="00BB64BB">
        <w:rPr>
          <w:sz w:val="28"/>
          <w:szCs w:val="28"/>
        </w:rPr>
        <w:t>осуществляются Оператором по собственной инициативе, а также по обращению субъекта персональных данных или его представителя, если выявлены:</w:t>
      </w:r>
    </w:p>
    <w:p w14:paraId="5A414782" w14:textId="77777777" w:rsidR="000B1758" w:rsidRPr="00BB64BB" w:rsidRDefault="000B1758" w:rsidP="0030392E">
      <w:pPr>
        <w:pStyle w:val="aff8"/>
        <w:numPr>
          <w:ilvl w:val="0"/>
          <w:numId w:val="20"/>
        </w:numPr>
        <w:tabs>
          <w:tab w:val="clear" w:pos="720"/>
          <w:tab w:val="num" w:pos="1134"/>
        </w:tabs>
        <w:spacing w:before="240" w:beforeAutospacing="0" w:line="276" w:lineRule="auto"/>
        <w:ind w:left="0" w:firstLine="567"/>
        <w:jc w:val="both"/>
        <w:rPr>
          <w:sz w:val="28"/>
          <w:szCs w:val="28"/>
        </w:rPr>
      </w:pPr>
      <w:r w:rsidRPr="00BB64BB">
        <w:rPr>
          <w:sz w:val="28"/>
          <w:szCs w:val="28"/>
        </w:rPr>
        <w:t>неполные или неточные данные;</w:t>
      </w:r>
    </w:p>
    <w:p w14:paraId="1561235E" w14:textId="77777777" w:rsidR="000B1758" w:rsidRPr="00BB64BB" w:rsidRDefault="000B1758" w:rsidP="0030392E">
      <w:pPr>
        <w:pStyle w:val="aff8"/>
        <w:numPr>
          <w:ilvl w:val="0"/>
          <w:numId w:val="20"/>
        </w:numPr>
        <w:tabs>
          <w:tab w:val="clear" w:pos="720"/>
          <w:tab w:val="num" w:pos="1134"/>
        </w:tabs>
        <w:spacing w:before="240" w:beforeAutospacing="0" w:line="276" w:lineRule="auto"/>
        <w:ind w:left="0" w:firstLine="567"/>
        <w:jc w:val="both"/>
        <w:rPr>
          <w:sz w:val="28"/>
          <w:szCs w:val="28"/>
        </w:rPr>
      </w:pPr>
      <w:r w:rsidRPr="00BB64BB">
        <w:rPr>
          <w:sz w:val="28"/>
          <w:szCs w:val="28"/>
        </w:rPr>
        <w:t>данные, утратившие актуальность;</w:t>
      </w:r>
    </w:p>
    <w:p w14:paraId="4A967828" w14:textId="77777777" w:rsidR="000B1758" w:rsidRPr="00BB64BB" w:rsidRDefault="000B1758" w:rsidP="0030392E">
      <w:pPr>
        <w:pStyle w:val="aff8"/>
        <w:numPr>
          <w:ilvl w:val="0"/>
          <w:numId w:val="20"/>
        </w:numPr>
        <w:tabs>
          <w:tab w:val="clear" w:pos="720"/>
          <w:tab w:val="num" w:pos="1134"/>
        </w:tabs>
        <w:spacing w:before="240" w:beforeAutospacing="0" w:line="276" w:lineRule="auto"/>
        <w:ind w:left="0" w:firstLine="567"/>
        <w:jc w:val="both"/>
        <w:rPr>
          <w:sz w:val="28"/>
          <w:szCs w:val="28"/>
        </w:rPr>
      </w:pPr>
      <w:r w:rsidRPr="00BB64BB">
        <w:rPr>
          <w:sz w:val="28"/>
          <w:szCs w:val="28"/>
        </w:rPr>
        <w:t>данные, обрабатываемые незаконно;</w:t>
      </w:r>
    </w:p>
    <w:p w14:paraId="098C7A6A" w14:textId="2AFC01B0" w:rsidR="000B1758" w:rsidRDefault="000B1758" w:rsidP="0030392E">
      <w:pPr>
        <w:pStyle w:val="aff8"/>
        <w:numPr>
          <w:ilvl w:val="0"/>
          <w:numId w:val="20"/>
        </w:numPr>
        <w:tabs>
          <w:tab w:val="clear" w:pos="720"/>
          <w:tab w:val="num" w:pos="1134"/>
        </w:tabs>
        <w:spacing w:before="240" w:beforeAutospacing="0" w:line="276" w:lineRule="auto"/>
        <w:ind w:left="0" w:firstLine="567"/>
        <w:jc w:val="both"/>
        <w:rPr>
          <w:sz w:val="28"/>
          <w:szCs w:val="28"/>
        </w:rPr>
      </w:pPr>
      <w:r w:rsidRPr="00BB64BB">
        <w:rPr>
          <w:sz w:val="28"/>
          <w:szCs w:val="28"/>
        </w:rPr>
        <w:t>данные, не являющиеся необходимыми для заявленных целей обработки.</w:t>
      </w:r>
    </w:p>
    <w:p w14:paraId="20D98506" w14:textId="5EDE19A2" w:rsidR="0050358A" w:rsidRPr="00BB64BB" w:rsidRDefault="0050358A" w:rsidP="0050358A">
      <w:pPr>
        <w:pStyle w:val="aff8"/>
        <w:spacing w:before="240" w:beforeAutospacing="0" w:line="276" w:lineRule="auto"/>
        <w:ind w:firstLine="284"/>
        <w:jc w:val="both"/>
        <w:rPr>
          <w:sz w:val="28"/>
          <w:szCs w:val="28"/>
        </w:rPr>
      </w:pPr>
      <w:r w:rsidRPr="0050358A">
        <w:rPr>
          <w:sz w:val="28"/>
          <w:szCs w:val="28"/>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6D40ECDA" w14:textId="77777777" w:rsidR="000B1758" w:rsidRPr="00294B97" w:rsidRDefault="000B1758" w:rsidP="0030392E">
      <w:pPr>
        <w:pStyle w:val="aff8"/>
        <w:spacing w:before="240" w:beforeAutospacing="0" w:line="276" w:lineRule="auto"/>
        <w:ind w:firstLine="284"/>
        <w:jc w:val="both"/>
        <w:rPr>
          <w:bCs/>
          <w:sz w:val="28"/>
          <w:szCs w:val="28"/>
        </w:rPr>
      </w:pPr>
      <w:r w:rsidRPr="00294B97">
        <w:rPr>
          <w:bCs/>
          <w:sz w:val="28"/>
          <w:szCs w:val="28"/>
        </w:rPr>
        <w:t>Субъект персональных данных вправе направить Оператору запрос о:</w:t>
      </w:r>
    </w:p>
    <w:p w14:paraId="6ECB57CF" w14:textId="77777777" w:rsidR="000B1758" w:rsidRPr="00BB64BB" w:rsidRDefault="000B1758" w:rsidP="0030392E">
      <w:pPr>
        <w:pStyle w:val="aff8"/>
        <w:numPr>
          <w:ilvl w:val="0"/>
          <w:numId w:val="21"/>
        </w:numPr>
        <w:tabs>
          <w:tab w:val="clear" w:pos="720"/>
          <w:tab w:val="num" w:pos="1134"/>
        </w:tabs>
        <w:spacing w:before="240" w:beforeAutospacing="0" w:line="276" w:lineRule="auto"/>
        <w:ind w:left="0" w:firstLine="567"/>
        <w:jc w:val="both"/>
        <w:rPr>
          <w:sz w:val="28"/>
          <w:szCs w:val="28"/>
        </w:rPr>
      </w:pPr>
      <w:r w:rsidRPr="00BB64BB">
        <w:rPr>
          <w:sz w:val="28"/>
          <w:szCs w:val="28"/>
        </w:rPr>
        <w:t>подтверждении факта обработки его персональных данных;</w:t>
      </w:r>
    </w:p>
    <w:p w14:paraId="09F4A0B4" w14:textId="77777777" w:rsidR="000B1758" w:rsidRPr="00BB64BB" w:rsidRDefault="000B1758" w:rsidP="0030392E">
      <w:pPr>
        <w:pStyle w:val="aff8"/>
        <w:numPr>
          <w:ilvl w:val="0"/>
          <w:numId w:val="21"/>
        </w:numPr>
        <w:tabs>
          <w:tab w:val="clear" w:pos="720"/>
          <w:tab w:val="num" w:pos="1134"/>
        </w:tabs>
        <w:spacing w:before="240" w:beforeAutospacing="0" w:line="276" w:lineRule="auto"/>
        <w:ind w:left="0" w:firstLine="567"/>
        <w:jc w:val="both"/>
        <w:rPr>
          <w:sz w:val="28"/>
          <w:szCs w:val="28"/>
        </w:rPr>
      </w:pPr>
      <w:r w:rsidRPr="00BB64BB">
        <w:rPr>
          <w:sz w:val="28"/>
          <w:szCs w:val="28"/>
        </w:rPr>
        <w:t>получении сведений об объёме и источниках получения персональных данных;</w:t>
      </w:r>
    </w:p>
    <w:p w14:paraId="08C5E0A7" w14:textId="77777777" w:rsidR="000B1758" w:rsidRPr="00BB64BB" w:rsidRDefault="000B1758" w:rsidP="0030392E">
      <w:pPr>
        <w:pStyle w:val="aff8"/>
        <w:numPr>
          <w:ilvl w:val="0"/>
          <w:numId w:val="21"/>
        </w:numPr>
        <w:tabs>
          <w:tab w:val="clear" w:pos="720"/>
          <w:tab w:val="num" w:pos="1134"/>
        </w:tabs>
        <w:spacing w:before="240" w:beforeAutospacing="0" w:line="276" w:lineRule="auto"/>
        <w:ind w:left="0" w:firstLine="567"/>
        <w:jc w:val="both"/>
        <w:rPr>
          <w:sz w:val="28"/>
          <w:szCs w:val="28"/>
        </w:rPr>
      </w:pPr>
      <w:r w:rsidRPr="00BB64BB">
        <w:rPr>
          <w:sz w:val="28"/>
          <w:szCs w:val="28"/>
        </w:rPr>
        <w:t>получении информации о сроках обработки, целях, правовых основаниях и способах обработки;</w:t>
      </w:r>
    </w:p>
    <w:p w14:paraId="2A48102E" w14:textId="77777777" w:rsidR="000B1758" w:rsidRPr="00BB64BB" w:rsidRDefault="000B1758" w:rsidP="0030392E">
      <w:pPr>
        <w:pStyle w:val="aff8"/>
        <w:numPr>
          <w:ilvl w:val="0"/>
          <w:numId w:val="21"/>
        </w:numPr>
        <w:tabs>
          <w:tab w:val="clear" w:pos="720"/>
          <w:tab w:val="num" w:pos="1134"/>
        </w:tabs>
        <w:spacing w:before="240" w:beforeAutospacing="0" w:line="276" w:lineRule="auto"/>
        <w:ind w:left="0" w:firstLine="567"/>
        <w:jc w:val="both"/>
        <w:rPr>
          <w:sz w:val="28"/>
          <w:szCs w:val="28"/>
        </w:rPr>
      </w:pPr>
      <w:r w:rsidRPr="00BB64BB">
        <w:rPr>
          <w:sz w:val="28"/>
          <w:szCs w:val="28"/>
        </w:rPr>
        <w:t>внесении изменений в персональные данные, если они являются неполными, неточными или неактуальными;</w:t>
      </w:r>
    </w:p>
    <w:p w14:paraId="29A18051" w14:textId="77777777" w:rsidR="000B1758" w:rsidRPr="00BB64BB" w:rsidRDefault="000B1758" w:rsidP="0030392E">
      <w:pPr>
        <w:pStyle w:val="aff8"/>
        <w:numPr>
          <w:ilvl w:val="0"/>
          <w:numId w:val="21"/>
        </w:numPr>
        <w:tabs>
          <w:tab w:val="clear" w:pos="720"/>
          <w:tab w:val="num" w:pos="1134"/>
        </w:tabs>
        <w:spacing w:before="240" w:beforeAutospacing="0" w:line="276" w:lineRule="auto"/>
        <w:ind w:left="0" w:firstLine="567"/>
        <w:jc w:val="both"/>
        <w:rPr>
          <w:sz w:val="28"/>
          <w:szCs w:val="28"/>
        </w:rPr>
      </w:pPr>
      <w:r w:rsidRPr="00BB64BB">
        <w:rPr>
          <w:sz w:val="28"/>
          <w:szCs w:val="28"/>
        </w:rPr>
        <w:lastRenderedPageBreak/>
        <w:t>прекращении обработки и/или удалении персональных данных, если обработка осуществляется с нарушением законодательства;</w:t>
      </w:r>
    </w:p>
    <w:p w14:paraId="33C46178" w14:textId="77777777" w:rsidR="000B1758" w:rsidRPr="00BB64BB" w:rsidRDefault="000B1758" w:rsidP="0030392E">
      <w:pPr>
        <w:pStyle w:val="aff8"/>
        <w:numPr>
          <w:ilvl w:val="0"/>
          <w:numId w:val="21"/>
        </w:numPr>
        <w:tabs>
          <w:tab w:val="clear" w:pos="720"/>
          <w:tab w:val="num" w:pos="1134"/>
        </w:tabs>
        <w:spacing w:before="240" w:beforeAutospacing="0" w:line="276" w:lineRule="auto"/>
        <w:ind w:left="0" w:firstLine="567"/>
        <w:jc w:val="both"/>
        <w:rPr>
          <w:sz w:val="28"/>
          <w:szCs w:val="28"/>
        </w:rPr>
      </w:pPr>
      <w:r w:rsidRPr="00BB64BB">
        <w:rPr>
          <w:sz w:val="28"/>
          <w:szCs w:val="28"/>
        </w:rPr>
        <w:t>отзыве ранее данного согласия на обработку персональных данных.</w:t>
      </w:r>
    </w:p>
    <w:p w14:paraId="0FDBFB5C" w14:textId="77777777" w:rsidR="0030392E" w:rsidRPr="00294B97" w:rsidRDefault="000B1758" w:rsidP="00294B97">
      <w:pPr>
        <w:pStyle w:val="aff8"/>
        <w:spacing w:before="240" w:beforeAutospacing="0" w:line="276" w:lineRule="auto"/>
        <w:rPr>
          <w:rStyle w:val="af6"/>
          <w:b w:val="0"/>
          <w:bCs w:val="0"/>
          <w:sz w:val="28"/>
          <w:szCs w:val="28"/>
        </w:rPr>
      </w:pPr>
      <w:r w:rsidRPr="00294B97">
        <w:rPr>
          <w:rStyle w:val="af6"/>
          <w:b w:val="0"/>
          <w:bCs w:val="0"/>
          <w:sz w:val="28"/>
          <w:szCs w:val="28"/>
        </w:rPr>
        <w:t>Порядок рассмотрения запросов субъектов персональных данных:</w:t>
      </w:r>
    </w:p>
    <w:p w14:paraId="0546A5D5" w14:textId="08533D0A" w:rsidR="0030392E" w:rsidRPr="0030392E" w:rsidRDefault="0030392E" w:rsidP="0030392E">
      <w:pPr>
        <w:pStyle w:val="aff8"/>
        <w:numPr>
          <w:ilvl w:val="0"/>
          <w:numId w:val="20"/>
        </w:numPr>
        <w:tabs>
          <w:tab w:val="clear" w:pos="720"/>
          <w:tab w:val="num" w:pos="1134"/>
        </w:tabs>
        <w:spacing w:before="240" w:beforeAutospacing="0" w:line="276" w:lineRule="auto"/>
        <w:ind w:left="0" w:firstLine="567"/>
        <w:jc w:val="both"/>
        <w:rPr>
          <w:sz w:val="28"/>
          <w:szCs w:val="28"/>
        </w:rPr>
      </w:pPr>
      <w:r w:rsidRPr="0030392E">
        <w:rPr>
          <w:sz w:val="28"/>
          <w:szCs w:val="28"/>
        </w:rPr>
        <w:t xml:space="preserve">Запрос оформляется в письменной форме либо в форме электронного документа, подписанного усиленной квалифицированной электронной подписью, и направляется по </w:t>
      </w:r>
      <w:r w:rsidR="00837AEB">
        <w:rPr>
          <w:sz w:val="28"/>
          <w:szCs w:val="28"/>
        </w:rPr>
        <w:t>официальному почтовому или электронному адресу организации</w:t>
      </w:r>
      <w:r w:rsidRPr="0030392E">
        <w:rPr>
          <w:sz w:val="28"/>
          <w:szCs w:val="28"/>
        </w:rPr>
        <w:t>.</w:t>
      </w:r>
    </w:p>
    <w:p w14:paraId="025492B5" w14:textId="77777777" w:rsidR="0030392E" w:rsidRDefault="0030392E" w:rsidP="0030392E">
      <w:pPr>
        <w:pStyle w:val="aff8"/>
        <w:numPr>
          <w:ilvl w:val="0"/>
          <w:numId w:val="20"/>
        </w:numPr>
        <w:tabs>
          <w:tab w:val="clear" w:pos="720"/>
          <w:tab w:val="num" w:pos="1134"/>
        </w:tabs>
        <w:spacing w:before="240" w:beforeAutospacing="0" w:line="276" w:lineRule="auto"/>
        <w:ind w:left="0" w:firstLine="567"/>
        <w:jc w:val="both"/>
        <w:rPr>
          <w:sz w:val="28"/>
          <w:szCs w:val="28"/>
        </w:rPr>
      </w:pPr>
      <w:r w:rsidRPr="0030392E">
        <w:rPr>
          <w:sz w:val="28"/>
          <w:szCs w:val="28"/>
        </w:rPr>
        <w:t>Оператор обязан предоставить ответ субъекту персональных данных в течение 30 календарных дней с момента получения запроса</w:t>
      </w:r>
      <w:r>
        <w:rPr>
          <w:sz w:val="28"/>
          <w:szCs w:val="28"/>
        </w:rPr>
        <w:t>.</w:t>
      </w:r>
    </w:p>
    <w:p w14:paraId="018CD152" w14:textId="68A0ADF1" w:rsidR="0030392E" w:rsidRDefault="0030392E" w:rsidP="0030392E">
      <w:pPr>
        <w:pStyle w:val="aff8"/>
        <w:numPr>
          <w:ilvl w:val="0"/>
          <w:numId w:val="20"/>
        </w:numPr>
        <w:tabs>
          <w:tab w:val="clear" w:pos="720"/>
          <w:tab w:val="num" w:pos="1134"/>
        </w:tabs>
        <w:spacing w:before="240" w:beforeAutospacing="0" w:line="276" w:lineRule="auto"/>
        <w:ind w:left="0" w:firstLine="567"/>
        <w:jc w:val="both"/>
        <w:rPr>
          <w:sz w:val="28"/>
          <w:szCs w:val="28"/>
        </w:rPr>
      </w:pPr>
      <w:r w:rsidRPr="0030392E">
        <w:rPr>
          <w:sz w:val="28"/>
          <w:szCs w:val="28"/>
        </w:rPr>
        <w:t>В случае отказа в удовлетворении запроса субъекту персональных данных направляется мотивированный ответ с обоснованием причин отказа</w:t>
      </w:r>
      <w:r>
        <w:rPr>
          <w:sz w:val="28"/>
          <w:szCs w:val="28"/>
        </w:rPr>
        <w:t>.</w:t>
      </w:r>
    </w:p>
    <w:p w14:paraId="1246E6AC" w14:textId="77777777" w:rsidR="000B1758" w:rsidRPr="00294B97" w:rsidRDefault="000B1758" w:rsidP="0030392E">
      <w:pPr>
        <w:pStyle w:val="aff8"/>
        <w:spacing w:before="240" w:beforeAutospacing="0" w:line="276" w:lineRule="auto"/>
        <w:ind w:firstLine="426"/>
        <w:jc w:val="both"/>
        <w:rPr>
          <w:b/>
          <w:bCs/>
          <w:sz w:val="28"/>
          <w:szCs w:val="28"/>
        </w:rPr>
      </w:pPr>
      <w:r w:rsidRPr="00294B97">
        <w:rPr>
          <w:rStyle w:val="af6"/>
          <w:b w:val="0"/>
          <w:bCs w:val="0"/>
          <w:sz w:val="28"/>
          <w:szCs w:val="28"/>
        </w:rPr>
        <w:t>Исправление и уничтожение персональных данных:</w:t>
      </w:r>
    </w:p>
    <w:p w14:paraId="450C2194" w14:textId="77777777" w:rsidR="000B1758" w:rsidRPr="00BB64BB" w:rsidRDefault="000B1758" w:rsidP="00B42033">
      <w:pPr>
        <w:pStyle w:val="aff8"/>
        <w:spacing w:before="240" w:beforeAutospacing="0" w:line="276" w:lineRule="auto"/>
        <w:ind w:firstLine="360"/>
        <w:jc w:val="both"/>
        <w:rPr>
          <w:sz w:val="28"/>
          <w:szCs w:val="28"/>
        </w:rPr>
      </w:pPr>
      <w:r w:rsidRPr="00BB64BB">
        <w:rPr>
          <w:sz w:val="28"/>
          <w:szCs w:val="28"/>
        </w:rPr>
        <w:t>В случае выявления недостоверных или незаконно обрабатываемых персональных данных Оператор обязан их актуализировать или уничтожить в течение 7 рабочих дней с момента выявления или поступления соответствующего запроса от субъекта персональных данных.</w:t>
      </w:r>
      <w:r w:rsidR="00371AE3" w:rsidRPr="00BB64BB">
        <w:rPr>
          <w:sz w:val="28"/>
          <w:szCs w:val="28"/>
        </w:rPr>
        <w:t xml:space="preserve"> </w:t>
      </w:r>
      <w:r w:rsidRPr="00BB64BB">
        <w:rPr>
          <w:sz w:val="28"/>
          <w:szCs w:val="28"/>
        </w:rPr>
        <w:t>Факт внесения изменений или уничтожения данных подтверждается документально.</w:t>
      </w:r>
    </w:p>
    <w:p w14:paraId="7D711451" w14:textId="77777777" w:rsidR="000B1758" w:rsidRPr="00294B97" w:rsidRDefault="000B1758" w:rsidP="0030392E">
      <w:pPr>
        <w:pStyle w:val="aff8"/>
        <w:spacing w:before="240" w:beforeAutospacing="0" w:line="276" w:lineRule="auto"/>
        <w:ind w:firstLine="284"/>
        <w:jc w:val="both"/>
        <w:rPr>
          <w:b/>
          <w:bCs/>
          <w:sz w:val="28"/>
          <w:szCs w:val="28"/>
        </w:rPr>
      </w:pPr>
      <w:r w:rsidRPr="00294B97">
        <w:rPr>
          <w:rStyle w:val="af6"/>
          <w:b w:val="0"/>
          <w:bCs w:val="0"/>
          <w:sz w:val="28"/>
          <w:szCs w:val="28"/>
        </w:rPr>
        <w:t>Отзыв согласия на обработку персональных данных:</w:t>
      </w:r>
    </w:p>
    <w:p w14:paraId="76256CDF" w14:textId="77777777" w:rsidR="000B1758" w:rsidRPr="00BB64BB" w:rsidRDefault="000B1758" w:rsidP="0030392E">
      <w:pPr>
        <w:pStyle w:val="aff8"/>
        <w:numPr>
          <w:ilvl w:val="0"/>
          <w:numId w:val="24"/>
        </w:numPr>
        <w:tabs>
          <w:tab w:val="clear" w:pos="720"/>
          <w:tab w:val="num" w:pos="993"/>
        </w:tabs>
        <w:spacing w:before="240" w:beforeAutospacing="0" w:line="276" w:lineRule="auto"/>
        <w:ind w:left="0" w:firstLine="284"/>
        <w:jc w:val="both"/>
        <w:rPr>
          <w:sz w:val="28"/>
          <w:szCs w:val="28"/>
        </w:rPr>
      </w:pPr>
      <w:r w:rsidRPr="00BB64BB">
        <w:rPr>
          <w:sz w:val="28"/>
          <w:szCs w:val="28"/>
        </w:rPr>
        <w:t>Субъект персональных данных имеет право в любое время отозвать согласие на обработку персональных данных, направив письменное уведомление Оператору.</w:t>
      </w:r>
    </w:p>
    <w:p w14:paraId="14CE942F" w14:textId="77777777" w:rsidR="000B1758" w:rsidRPr="00BB64BB" w:rsidRDefault="000B1758" w:rsidP="0030392E">
      <w:pPr>
        <w:pStyle w:val="aff8"/>
        <w:numPr>
          <w:ilvl w:val="0"/>
          <w:numId w:val="24"/>
        </w:numPr>
        <w:tabs>
          <w:tab w:val="clear" w:pos="720"/>
          <w:tab w:val="num" w:pos="993"/>
        </w:tabs>
        <w:spacing w:before="240" w:beforeAutospacing="0" w:line="276" w:lineRule="auto"/>
        <w:ind w:left="0" w:firstLine="284"/>
        <w:jc w:val="both"/>
        <w:rPr>
          <w:sz w:val="28"/>
          <w:szCs w:val="28"/>
        </w:rPr>
      </w:pPr>
      <w:r w:rsidRPr="00BB64BB">
        <w:rPr>
          <w:sz w:val="28"/>
          <w:szCs w:val="28"/>
        </w:rPr>
        <w:t>После получения уведомления Оператор прекращает обработку персональных данных, если иное не предусмотрено законодательством, и уничтожает их в течение 30 календарных дней.</w:t>
      </w:r>
    </w:p>
    <w:p w14:paraId="54179B93" w14:textId="77777777" w:rsidR="000B1758" w:rsidRPr="00BB64BB" w:rsidRDefault="000B1758" w:rsidP="0030392E">
      <w:pPr>
        <w:pStyle w:val="aff8"/>
        <w:spacing w:before="240" w:beforeAutospacing="0" w:line="276" w:lineRule="auto"/>
        <w:ind w:firstLine="284"/>
        <w:jc w:val="both"/>
        <w:rPr>
          <w:sz w:val="28"/>
          <w:szCs w:val="28"/>
        </w:rPr>
      </w:pPr>
      <w:r w:rsidRPr="00294B97">
        <w:rPr>
          <w:rStyle w:val="af6"/>
          <w:b w:val="0"/>
          <w:bCs w:val="0"/>
          <w:sz w:val="28"/>
          <w:szCs w:val="28"/>
        </w:rPr>
        <w:t>Особенности работы с обращениями</w:t>
      </w:r>
      <w:r w:rsidR="0030392E" w:rsidRPr="00294B97">
        <w:rPr>
          <w:rStyle w:val="af6"/>
          <w:b w:val="0"/>
          <w:bCs w:val="0"/>
          <w:sz w:val="28"/>
          <w:szCs w:val="28"/>
        </w:rPr>
        <w:t>:</w:t>
      </w:r>
      <w:r w:rsidR="0030392E">
        <w:rPr>
          <w:rStyle w:val="af6"/>
          <w:sz w:val="28"/>
          <w:szCs w:val="28"/>
        </w:rPr>
        <w:t xml:space="preserve"> </w:t>
      </w:r>
      <w:r w:rsidR="0030392E" w:rsidRPr="0030392E">
        <w:rPr>
          <w:rStyle w:val="af6"/>
          <w:b w:val="0"/>
          <w:sz w:val="28"/>
          <w:szCs w:val="28"/>
        </w:rPr>
        <w:t>в</w:t>
      </w:r>
      <w:r w:rsidRPr="00BB64BB">
        <w:rPr>
          <w:sz w:val="28"/>
          <w:szCs w:val="28"/>
        </w:rPr>
        <w:t>се обращения субъектов персональных данных регистрируются и хранятся в соответствии с требованиями законодательства.</w:t>
      </w:r>
      <w:r w:rsidR="00371AE3" w:rsidRPr="00BB64BB">
        <w:rPr>
          <w:sz w:val="28"/>
          <w:szCs w:val="28"/>
        </w:rPr>
        <w:t xml:space="preserve"> </w:t>
      </w:r>
      <w:r w:rsidRPr="00BB64BB">
        <w:rPr>
          <w:sz w:val="28"/>
          <w:szCs w:val="28"/>
        </w:rPr>
        <w:t>Обработка обращений и выполнение требований субъектов персональных данных осуществляется без взимания платы.</w:t>
      </w:r>
    </w:p>
    <w:p w14:paraId="28B841B4" w14:textId="77777777" w:rsidR="000B1758" w:rsidRPr="00BB64BB" w:rsidRDefault="00166F84" w:rsidP="00294B97">
      <w:pPr>
        <w:pStyle w:val="31"/>
        <w:spacing w:before="240"/>
        <w:jc w:val="center"/>
        <w:rPr>
          <w:rFonts w:ascii="Times New Roman" w:hAnsi="Times New Roman" w:cs="Times New Roman"/>
          <w:color w:val="auto"/>
          <w:szCs w:val="28"/>
          <w:lang w:val="ru-RU"/>
        </w:rPr>
      </w:pPr>
      <w:r>
        <w:rPr>
          <w:rFonts w:ascii="Times New Roman" w:hAnsi="Times New Roman" w:cs="Times New Roman"/>
          <w:color w:val="auto"/>
          <w:szCs w:val="28"/>
          <w:lang w:val="ru-RU"/>
        </w:rPr>
        <w:lastRenderedPageBreak/>
        <w:t>7</w:t>
      </w:r>
      <w:r w:rsidR="00371AE3" w:rsidRPr="00BB64BB">
        <w:rPr>
          <w:rFonts w:ascii="Times New Roman" w:hAnsi="Times New Roman" w:cs="Times New Roman"/>
          <w:color w:val="auto"/>
          <w:szCs w:val="28"/>
          <w:lang w:val="ru-RU"/>
        </w:rPr>
        <w:t>.</w:t>
      </w:r>
      <w:r w:rsidR="000B1758" w:rsidRPr="00BB64BB">
        <w:rPr>
          <w:rFonts w:ascii="Times New Roman" w:hAnsi="Times New Roman" w:cs="Times New Roman"/>
          <w:color w:val="auto"/>
          <w:szCs w:val="28"/>
          <w:lang w:val="ru-RU"/>
        </w:rPr>
        <w:t xml:space="preserve"> Меры по обеспечению безопасности персональных данных при их обработке</w:t>
      </w:r>
    </w:p>
    <w:p w14:paraId="3FBD4E10" w14:textId="77777777" w:rsidR="000B1758" w:rsidRPr="00BB64BB" w:rsidRDefault="000B1758" w:rsidP="00B42033">
      <w:pPr>
        <w:pStyle w:val="aff8"/>
        <w:spacing w:before="240" w:beforeAutospacing="0" w:line="276" w:lineRule="auto"/>
        <w:ind w:firstLine="720"/>
        <w:jc w:val="both"/>
        <w:rPr>
          <w:sz w:val="28"/>
          <w:szCs w:val="28"/>
        </w:rPr>
      </w:pPr>
      <w:r w:rsidRPr="00BB64BB">
        <w:rPr>
          <w:sz w:val="28"/>
          <w:szCs w:val="28"/>
        </w:rPr>
        <w:t>Оператор принимает необходимые правовые, организационные и технические меры для обеспечения безопасности персональных данных в соответствии с требованиями законодательства Российской Федерации, в том числе положениями Федерального закона от 27.07.2006 № 152-ФЗ «О персональных данных», постановлений Правительства РФ и нормативных документов ФСТЭК России, ФСБ России и других уполномоченных органов.</w:t>
      </w:r>
    </w:p>
    <w:p w14:paraId="5C689414" w14:textId="77777777" w:rsidR="000B1758" w:rsidRPr="00294B97" w:rsidRDefault="000B1758" w:rsidP="00B42033">
      <w:pPr>
        <w:pStyle w:val="aff8"/>
        <w:spacing w:before="240" w:beforeAutospacing="0" w:line="276" w:lineRule="auto"/>
        <w:jc w:val="both"/>
        <w:rPr>
          <w:b/>
          <w:bCs/>
          <w:sz w:val="28"/>
          <w:szCs w:val="28"/>
        </w:rPr>
      </w:pPr>
      <w:r w:rsidRPr="00294B97">
        <w:rPr>
          <w:rStyle w:val="af6"/>
          <w:b w:val="0"/>
          <w:bCs w:val="0"/>
          <w:sz w:val="28"/>
          <w:szCs w:val="28"/>
        </w:rPr>
        <w:t>Основные меры, реализуемые Оператором, включают:</w:t>
      </w:r>
    </w:p>
    <w:p w14:paraId="33059C0F" w14:textId="77777777" w:rsidR="00F758F4" w:rsidRPr="00294B97" w:rsidRDefault="00F758F4" w:rsidP="00F758F4">
      <w:pPr>
        <w:pStyle w:val="aff8"/>
        <w:numPr>
          <w:ilvl w:val="0"/>
          <w:numId w:val="47"/>
        </w:numPr>
        <w:spacing w:before="240" w:beforeAutospacing="0" w:line="276" w:lineRule="auto"/>
        <w:jc w:val="both"/>
        <w:rPr>
          <w:b/>
          <w:bCs/>
          <w:sz w:val="28"/>
          <w:szCs w:val="28"/>
        </w:rPr>
      </w:pPr>
      <w:r w:rsidRPr="00294B97">
        <w:rPr>
          <w:rStyle w:val="af6"/>
          <w:b w:val="0"/>
          <w:bCs w:val="0"/>
          <w:sz w:val="28"/>
          <w:szCs w:val="28"/>
        </w:rPr>
        <w:t xml:space="preserve"> </w:t>
      </w:r>
      <w:r w:rsidR="000B1758" w:rsidRPr="00294B97">
        <w:rPr>
          <w:rStyle w:val="af6"/>
          <w:b w:val="0"/>
          <w:bCs w:val="0"/>
          <w:sz w:val="28"/>
          <w:szCs w:val="28"/>
        </w:rPr>
        <w:t>Назначение ответственных лиц:</w:t>
      </w:r>
    </w:p>
    <w:p w14:paraId="7940A84A" w14:textId="77777777" w:rsidR="00F758F4" w:rsidRDefault="000B1758" w:rsidP="00F758F4">
      <w:pPr>
        <w:pStyle w:val="aff8"/>
        <w:numPr>
          <w:ilvl w:val="1"/>
          <w:numId w:val="48"/>
        </w:numPr>
        <w:tabs>
          <w:tab w:val="clear" w:pos="1440"/>
          <w:tab w:val="num" w:pos="993"/>
        </w:tabs>
        <w:spacing w:before="240" w:beforeAutospacing="0" w:line="276" w:lineRule="auto"/>
        <w:ind w:left="0" w:firstLine="426"/>
        <w:jc w:val="both"/>
        <w:rPr>
          <w:sz w:val="28"/>
          <w:szCs w:val="28"/>
        </w:rPr>
      </w:pPr>
      <w:r w:rsidRPr="00F758F4">
        <w:rPr>
          <w:sz w:val="28"/>
          <w:szCs w:val="28"/>
        </w:rPr>
        <w:t>Назначение ответственного за организацию обработки и обеспечение безопасности персональных данных.</w:t>
      </w:r>
      <w:r w:rsidR="00D64BCD" w:rsidRPr="00F758F4">
        <w:rPr>
          <w:sz w:val="28"/>
          <w:szCs w:val="28"/>
        </w:rPr>
        <w:t xml:space="preserve"> </w:t>
      </w:r>
    </w:p>
    <w:p w14:paraId="40850B9B" w14:textId="77777777" w:rsidR="000B1758" w:rsidRPr="00F758F4" w:rsidRDefault="000B1758" w:rsidP="00F758F4">
      <w:pPr>
        <w:pStyle w:val="aff8"/>
        <w:numPr>
          <w:ilvl w:val="1"/>
          <w:numId w:val="48"/>
        </w:numPr>
        <w:tabs>
          <w:tab w:val="clear" w:pos="1440"/>
          <w:tab w:val="num" w:pos="993"/>
        </w:tabs>
        <w:spacing w:before="240" w:beforeAutospacing="0" w:line="276" w:lineRule="auto"/>
        <w:ind w:left="0" w:firstLine="426"/>
        <w:jc w:val="both"/>
        <w:rPr>
          <w:sz w:val="28"/>
          <w:szCs w:val="28"/>
        </w:rPr>
      </w:pPr>
      <w:r w:rsidRPr="00F758F4">
        <w:rPr>
          <w:sz w:val="28"/>
          <w:szCs w:val="28"/>
        </w:rPr>
        <w:t>Назначение ответственных за работу с информационными системами персональных данных в структурных подразделениях.</w:t>
      </w:r>
    </w:p>
    <w:p w14:paraId="4B1B025D" w14:textId="77777777" w:rsidR="000B1758" w:rsidRPr="00294B97" w:rsidRDefault="000B1758" w:rsidP="00F758F4">
      <w:pPr>
        <w:pStyle w:val="aff8"/>
        <w:numPr>
          <w:ilvl w:val="0"/>
          <w:numId w:val="48"/>
        </w:numPr>
        <w:spacing w:before="240" w:beforeAutospacing="0" w:line="276" w:lineRule="auto"/>
        <w:jc w:val="both"/>
        <w:rPr>
          <w:b/>
          <w:bCs/>
          <w:sz w:val="28"/>
          <w:szCs w:val="28"/>
        </w:rPr>
      </w:pPr>
      <w:r w:rsidRPr="00294B97">
        <w:rPr>
          <w:rStyle w:val="af6"/>
          <w:b w:val="0"/>
          <w:bCs w:val="0"/>
          <w:sz w:val="28"/>
          <w:szCs w:val="28"/>
        </w:rPr>
        <w:t>Организационные меры:</w:t>
      </w:r>
    </w:p>
    <w:p w14:paraId="66368772" w14:textId="77777777" w:rsidR="000B1758" w:rsidRPr="00BB64BB" w:rsidRDefault="000B1758" w:rsidP="00F758F4">
      <w:pPr>
        <w:pStyle w:val="aff8"/>
        <w:numPr>
          <w:ilvl w:val="0"/>
          <w:numId w:val="27"/>
        </w:numPr>
        <w:tabs>
          <w:tab w:val="clear" w:pos="720"/>
          <w:tab w:val="num" w:pos="993"/>
        </w:tabs>
        <w:spacing w:before="240" w:beforeAutospacing="0" w:line="276" w:lineRule="auto"/>
        <w:ind w:left="0" w:firstLine="426"/>
        <w:jc w:val="both"/>
        <w:rPr>
          <w:sz w:val="28"/>
          <w:szCs w:val="28"/>
        </w:rPr>
      </w:pPr>
      <w:r w:rsidRPr="00BB64BB">
        <w:rPr>
          <w:sz w:val="28"/>
          <w:szCs w:val="28"/>
        </w:rPr>
        <w:t>Разработка и утверждение локальных нормативных актов, регламентирующих обработку и защиту персональных данных.</w:t>
      </w:r>
    </w:p>
    <w:p w14:paraId="54F6FC33" w14:textId="77777777" w:rsidR="000B1758" w:rsidRPr="00BB64BB" w:rsidRDefault="000B1758" w:rsidP="00F758F4">
      <w:pPr>
        <w:pStyle w:val="aff8"/>
        <w:numPr>
          <w:ilvl w:val="0"/>
          <w:numId w:val="27"/>
        </w:numPr>
        <w:tabs>
          <w:tab w:val="clear" w:pos="720"/>
          <w:tab w:val="num" w:pos="993"/>
        </w:tabs>
        <w:spacing w:before="240" w:beforeAutospacing="0" w:line="276" w:lineRule="auto"/>
        <w:ind w:left="0" w:firstLine="426"/>
        <w:jc w:val="both"/>
        <w:rPr>
          <w:sz w:val="28"/>
          <w:szCs w:val="28"/>
        </w:rPr>
      </w:pPr>
      <w:r w:rsidRPr="00BB64BB">
        <w:rPr>
          <w:sz w:val="28"/>
          <w:szCs w:val="28"/>
        </w:rPr>
        <w:t>Ознакомление работников Оператора, имеющих доступ к персональным данным, с положениями законодательства РФ и локальными актами по вопросам обработки персональных данных.</w:t>
      </w:r>
    </w:p>
    <w:p w14:paraId="22361DED" w14:textId="77777777" w:rsidR="000B1758" w:rsidRPr="00BB64BB" w:rsidRDefault="000B1758" w:rsidP="00F758F4">
      <w:pPr>
        <w:pStyle w:val="aff8"/>
        <w:numPr>
          <w:ilvl w:val="0"/>
          <w:numId w:val="27"/>
        </w:numPr>
        <w:tabs>
          <w:tab w:val="clear" w:pos="720"/>
          <w:tab w:val="num" w:pos="993"/>
        </w:tabs>
        <w:spacing w:before="240" w:beforeAutospacing="0" w:line="276" w:lineRule="auto"/>
        <w:ind w:left="0" w:firstLine="426"/>
        <w:jc w:val="both"/>
        <w:rPr>
          <w:sz w:val="28"/>
          <w:szCs w:val="28"/>
        </w:rPr>
      </w:pPr>
      <w:r w:rsidRPr="00BB64BB">
        <w:rPr>
          <w:sz w:val="28"/>
          <w:szCs w:val="28"/>
        </w:rPr>
        <w:t>Проведение обучения и инструктажей по вопросам обеспечения безопасности персональных данных.</w:t>
      </w:r>
    </w:p>
    <w:p w14:paraId="1126C812" w14:textId="77777777" w:rsidR="000B1758" w:rsidRPr="00BB64BB" w:rsidRDefault="000B1758" w:rsidP="00F758F4">
      <w:pPr>
        <w:pStyle w:val="aff8"/>
        <w:numPr>
          <w:ilvl w:val="0"/>
          <w:numId w:val="27"/>
        </w:numPr>
        <w:tabs>
          <w:tab w:val="clear" w:pos="720"/>
          <w:tab w:val="num" w:pos="993"/>
        </w:tabs>
        <w:spacing w:before="240" w:beforeAutospacing="0" w:line="276" w:lineRule="auto"/>
        <w:ind w:left="0" w:firstLine="426"/>
        <w:jc w:val="both"/>
        <w:rPr>
          <w:sz w:val="28"/>
          <w:szCs w:val="28"/>
        </w:rPr>
      </w:pPr>
      <w:r w:rsidRPr="00BB64BB">
        <w:rPr>
          <w:sz w:val="28"/>
          <w:szCs w:val="28"/>
        </w:rPr>
        <w:t>Разграничение доступа работников к персональным данным, в зависимости от их функциональных обязанностей.</w:t>
      </w:r>
    </w:p>
    <w:p w14:paraId="17D60C25" w14:textId="77777777" w:rsidR="000B1758" w:rsidRPr="00294B97" w:rsidRDefault="00F758F4" w:rsidP="00F758F4">
      <w:pPr>
        <w:pStyle w:val="aff8"/>
        <w:spacing w:before="240" w:beforeAutospacing="0" w:line="276" w:lineRule="auto"/>
        <w:ind w:firstLine="426"/>
        <w:jc w:val="both"/>
        <w:rPr>
          <w:b/>
          <w:bCs/>
          <w:sz w:val="28"/>
          <w:szCs w:val="28"/>
        </w:rPr>
      </w:pPr>
      <w:r w:rsidRPr="00294B97">
        <w:rPr>
          <w:rStyle w:val="af6"/>
          <w:b w:val="0"/>
          <w:bCs w:val="0"/>
          <w:sz w:val="28"/>
          <w:szCs w:val="28"/>
        </w:rPr>
        <w:t>3.</w:t>
      </w:r>
      <w:r w:rsidR="000B1758" w:rsidRPr="00294B97">
        <w:rPr>
          <w:rStyle w:val="af6"/>
          <w:b w:val="0"/>
          <w:bCs w:val="0"/>
          <w:sz w:val="28"/>
          <w:szCs w:val="28"/>
        </w:rPr>
        <w:t xml:space="preserve"> Технические меры:</w:t>
      </w:r>
    </w:p>
    <w:p w14:paraId="099CA45D" w14:textId="77777777" w:rsidR="000B1758" w:rsidRPr="00BB64BB" w:rsidRDefault="000B1758" w:rsidP="00F758F4">
      <w:pPr>
        <w:pStyle w:val="aff8"/>
        <w:numPr>
          <w:ilvl w:val="0"/>
          <w:numId w:val="28"/>
        </w:numPr>
        <w:tabs>
          <w:tab w:val="clear" w:pos="720"/>
          <w:tab w:val="num" w:pos="993"/>
        </w:tabs>
        <w:spacing w:before="240" w:beforeAutospacing="0" w:line="276" w:lineRule="auto"/>
        <w:ind w:left="0" w:firstLine="426"/>
        <w:jc w:val="both"/>
        <w:rPr>
          <w:sz w:val="28"/>
          <w:szCs w:val="28"/>
        </w:rPr>
      </w:pPr>
      <w:r w:rsidRPr="00BB64BB">
        <w:rPr>
          <w:sz w:val="28"/>
          <w:szCs w:val="28"/>
        </w:rPr>
        <w:t>Использование антивирусной защиты, средств контроля и управления доступом, межсетевого экранирования, систем обнаружения вторжений.</w:t>
      </w:r>
    </w:p>
    <w:p w14:paraId="595A2ABF" w14:textId="77777777" w:rsidR="000B1758" w:rsidRPr="00BB64BB" w:rsidRDefault="000B1758" w:rsidP="00F758F4">
      <w:pPr>
        <w:pStyle w:val="aff8"/>
        <w:numPr>
          <w:ilvl w:val="0"/>
          <w:numId w:val="28"/>
        </w:numPr>
        <w:tabs>
          <w:tab w:val="clear" w:pos="720"/>
          <w:tab w:val="num" w:pos="993"/>
        </w:tabs>
        <w:spacing w:before="240" w:beforeAutospacing="0" w:line="276" w:lineRule="auto"/>
        <w:ind w:left="0" w:firstLine="426"/>
        <w:jc w:val="both"/>
        <w:rPr>
          <w:sz w:val="28"/>
          <w:szCs w:val="28"/>
        </w:rPr>
      </w:pPr>
      <w:r w:rsidRPr="00BB64BB">
        <w:rPr>
          <w:sz w:val="28"/>
          <w:szCs w:val="28"/>
        </w:rPr>
        <w:lastRenderedPageBreak/>
        <w:t>Применение сертифицированных средств защиты информации, соответствующих требованиям по уровню защищенности информационных систем персональных данных.</w:t>
      </w:r>
    </w:p>
    <w:p w14:paraId="7326CC9B" w14:textId="77777777" w:rsidR="000B1758" w:rsidRPr="00BB64BB" w:rsidRDefault="000B1758" w:rsidP="00F758F4">
      <w:pPr>
        <w:pStyle w:val="aff8"/>
        <w:numPr>
          <w:ilvl w:val="0"/>
          <w:numId w:val="28"/>
        </w:numPr>
        <w:tabs>
          <w:tab w:val="clear" w:pos="720"/>
          <w:tab w:val="num" w:pos="993"/>
        </w:tabs>
        <w:spacing w:before="240" w:beforeAutospacing="0" w:line="276" w:lineRule="auto"/>
        <w:ind w:left="0" w:firstLine="567"/>
        <w:jc w:val="both"/>
        <w:rPr>
          <w:sz w:val="28"/>
          <w:szCs w:val="28"/>
        </w:rPr>
      </w:pPr>
      <w:r w:rsidRPr="00BB64BB">
        <w:rPr>
          <w:sz w:val="28"/>
          <w:szCs w:val="28"/>
        </w:rPr>
        <w:t>Обеспечение резервного копирования и восстановления персональных данных.</w:t>
      </w:r>
    </w:p>
    <w:p w14:paraId="328453BD" w14:textId="77777777" w:rsidR="000B1758" w:rsidRPr="00BB64BB" w:rsidRDefault="000B1758" w:rsidP="00F758F4">
      <w:pPr>
        <w:pStyle w:val="aff8"/>
        <w:numPr>
          <w:ilvl w:val="0"/>
          <w:numId w:val="28"/>
        </w:numPr>
        <w:tabs>
          <w:tab w:val="clear" w:pos="720"/>
          <w:tab w:val="num" w:pos="993"/>
        </w:tabs>
        <w:spacing w:before="240" w:beforeAutospacing="0" w:line="276" w:lineRule="auto"/>
        <w:ind w:left="0" w:firstLine="567"/>
        <w:jc w:val="both"/>
        <w:rPr>
          <w:sz w:val="28"/>
          <w:szCs w:val="28"/>
        </w:rPr>
      </w:pPr>
      <w:r w:rsidRPr="00BB64BB">
        <w:rPr>
          <w:sz w:val="28"/>
          <w:szCs w:val="28"/>
        </w:rPr>
        <w:t>Обеспечение учета и контроля носителей информации, содержащих персональные данные.</w:t>
      </w:r>
    </w:p>
    <w:p w14:paraId="198D5633" w14:textId="77777777" w:rsidR="000B1758" w:rsidRPr="00294B97" w:rsidRDefault="00F758F4" w:rsidP="00F758F4">
      <w:pPr>
        <w:pStyle w:val="aff8"/>
        <w:spacing w:before="240" w:beforeAutospacing="0" w:line="276" w:lineRule="auto"/>
        <w:ind w:firstLine="567"/>
        <w:jc w:val="both"/>
        <w:rPr>
          <w:b/>
          <w:bCs/>
          <w:sz w:val="28"/>
          <w:szCs w:val="28"/>
        </w:rPr>
      </w:pPr>
      <w:r w:rsidRPr="00294B97">
        <w:rPr>
          <w:rStyle w:val="af6"/>
          <w:b w:val="0"/>
          <w:bCs w:val="0"/>
          <w:sz w:val="28"/>
          <w:szCs w:val="28"/>
        </w:rPr>
        <w:t>4.</w:t>
      </w:r>
      <w:r w:rsidR="000B1758" w:rsidRPr="00294B97">
        <w:rPr>
          <w:rStyle w:val="af6"/>
          <w:b w:val="0"/>
          <w:bCs w:val="0"/>
          <w:sz w:val="28"/>
          <w:szCs w:val="28"/>
        </w:rPr>
        <w:t xml:space="preserve"> Обеспечение защищенности информационных систем:</w:t>
      </w:r>
    </w:p>
    <w:p w14:paraId="5E30A284" w14:textId="77777777" w:rsidR="000B1758" w:rsidRPr="00BB64BB" w:rsidRDefault="000B1758" w:rsidP="00F758F4">
      <w:pPr>
        <w:pStyle w:val="aff8"/>
        <w:numPr>
          <w:ilvl w:val="0"/>
          <w:numId w:val="29"/>
        </w:numPr>
        <w:tabs>
          <w:tab w:val="clear" w:pos="720"/>
          <w:tab w:val="left" w:pos="993"/>
        </w:tabs>
        <w:spacing w:before="240" w:beforeAutospacing="0" w:line="276" w:lineRule="auto"/>
        <w:ind w:left="0" w:firstLine="567"/>
        <w:jc w:val="both"/>
        <w:rPr>
          <w:sz w:val="28"/>
          <w:szCs w:val="28"/>
        </w:rPr>
      </w:pPr>
      <w:r w:rsidRPr="00BB64BB">
        <w:rPr>
          <w:sz w:val="28"/>
          <w:szCs w:val="28"/>
        </w:rPr>
        <w:t>Определение актуальных угроз безопасности персональных данных при их обработке в информационных системах и внедрение необходимых мер защиты.</w:t>
      </w:r>
    </w:p>
    <w:p w14:paraId="0AD78071" w14:textId="77777777" w:rsidR="000B1758" w:rsidRPr="00BB64BB" w:rsidRDefault="000B1758" w:rsidP="00F758F4">
      <w:pPr>
        <w:pStyle w:val="aff8"/>
        <w:numPr>
          <w:ilvl w:val="0"/>
          <w:numId w:val="29"/>
        </w:numPr>
        <w:tabs>
          <w:tab w:val="clear" w:pos="720"/>
          <w:tab w:val="left" w:pos="993"/>
        </w:tabs>
        <w:spacing w:before="240" w:beforeAutospacing="0" w:line="276" w:lineRule="auto"/>
        <w:ind w:left="0" w:firstLine="567"/>
        <w:jc w:val="both"/>
        <w:rPr>
          <w:sz w:val="28"/>
          <w:szCs w:val="28"/>
        </w:rPr>
      </w:pPr>
      <w:r w:rsidRPr="00BB64BB">
        <w:rPr>
          <w:sz w:val="28"/>
          <w:szCs w:val="28"/>
        </w:rPr>
        <w:t>Применение модели угроз безопасности информации.</w:t>
      </w:r>
    </w:p>
    <w:p w14:paraId="08672467" w14:textId="77777777" w:rsidR="000B1758" w:rsidRPr="00BB64BB" w:rsidRDefault="000B1758" w:rsidP="00F758F4">
      <w:pPr>
        <w:pStyle w:val="aff8"/>
        <w:numPr>
          <w:ilvl w:val="0"/>
          <w:numId w:val="29"/>
        </w:numPr>
        <w:tabs>
          <w:tab w:val="clear" w:pos="720"/>
          <w:tab w:val="left" w:pos="993"/>
        </w:tabs>
        <w:spacing w:before="240" w:beforeAutospacing="0" w:line="276" w:lineRule="auto"/>
        <w:ind w:left="0" w:firstLine="567"/>
        <w:jc w:val="both"/>
        <w:rPr>
          <w:sz w:val="28"/>
          <w:szCs w:val="28"/>
        </w:rPr>
      </w:pPr>
      <w:r w:rsidRPr="00BB64BB">
        <w:rPr>
          <w:sz w:val="28"/>
          <w:szCs w:val="28"/>
        </w:rPr>
        <w:t xml:space="preserve">Проведение оценки </w:t>
      </w:r>
      <w:proofErr w:type="gramStart"/>
      <w:r w:rsidRPr="00BB64BB">
        <w:rPr>
          <w:sz w:val="28"/>
          <w:szCs w:val="28"/>
        </w:rPr>
        <w:t>соответствия</w:t>
      </w:r>
      <w:proofErr w:type="gramEnd"/>
      <w:r w:rsidRPr="00BB64BB">
        <w:rPr>
          <w:sz w:val="28"/>
          <w:szCs w:val="28"/>
        </w:rPr>
        <w:t xml:space="preserve"> применяемых мер требованиям по защите персональных данных.</w:t>
      </w:r>
    </w:p>
    <w:p w14:paraId="77EC437B" w14:textId="77777777" w:rsidR="000B1758" w:rsidRPr="00BB64BB" w:rsidRDefault="000B1758" w:rsidP="00F758F4">
      <w:pPr>
        <w:pStyle w:val="aff8"/>
        <w:numPr>
          <w:ilvl w:val="0"/>
          <w:numId w:val="29"/>
        </w:numPr>
        <w:tabs>
          <w:tab w:val="clear" w:pos="720"/>
          <w:tab w:val="left" w:pos="993"/>
        </w:tabs>
        <w:spacing w:before="240" w:beforeAutospacing="0" w:line="276" w:lineRule="auto"/>
        <w:ind w:left="0" w:firstLine="567"/>
        <w:jc w:val="both"/>
        <w:rPr>
          <w:sz w:val="28"/>
          <w:szCs w:val="28"/>
        </w:rPr>
      </w:pPr>
      <w:r w:rsidRPr="00BB64BB">
        <w:rPr>
          <w:sz w:val="28"/>
          <w:szCs w:val="28"/>
        </w:rPr>
        <w:t>Проведение внутреннего контроля и аудита соответствия обработки персональных данных требованиям законодательства и внутренним политикам.</w:t>
      </w:r>
    </w:p>
    <w:p w14:paraId="3DE5AB23" w14:textId="77777777" w:rsidR="000B1758" w:rsidRPr="00294B97" w:rsidRDefault="000B1758" w:rsidP="00F758F4">
      <w:pPr>
        <w:pStyle w:val="aff8"/>
        <w:spacing w:before="240" w:beforeAutospacing="0" w:line="276" w:lineRule="auto"/>
        <w:ind w:firstLine="567"/>
        <w:jc w:val="both"/>
        <w:rPr>
          <w:b/>
          <w:bCs/>
          <w:sz w:val="28"/>
          <w:szCs w:val="28"/>
        </w:rPr>
      </w:pPr>
      <w:r w:rsidRPr="00294B97">
        <w:rPr>
          <w:rStyle w:val="af6"/>
          <w:b w:val="0"/>
          <w:bCs w:val="0"/>
          <w:sz w:val="28"/>
          <w:szCs w:val="28"/>
        </w:rPr>
        <w:t>5</w:t>
      </w:r>
      <w:r w:rsidR="00F758F4" w:rsidRPr="00294B97">
        <w:rPr>
          <w:rStyle w:val="af6"/>
          <w:b w:val="0"/>
          <w:bCs w:val="0"/>
          <w:sz w:val="28"/>
          <w:szCs w:val="28"/>
        </w:rPr>
        <w:t>.</w:t>
      </w:r>
      <w:r w:rsidRPr="00294B97">
        <w:rPr>
          <w:rStyle w:val="af6"/>
          <w:b w:val="0"/>
          <w:bCs w:val="0"/>
          <w:sz w:val="28"/>
          <w:szCs w:val="28"/>
        </w:rPr>
        <w:t xml:space="preserve"> Контроль и аудит:</w:t>
      </w:r>
    </w:p>
    <w:p w14:paraId="2EE33575" w14:textId="77777777" w:rsidR="000B1758" w:rsidRPr="00BB64BB" w:rsidRDefault="000B1758" w:rsidP="00F758F4">
      <w:pPr>
        <w:pStyle w:val="aff8"/>
        <w:numPr>
          <w:ilvl w:val="0"/>
          <w:numId w:val="30"/>
        </w:numPr>
        <w:tabs>
          <w:tab w:val="clear" w:pos="720"/>
          <w:tab w:val="num" w:pos="1134"/>
        </w:tabs>
        <w:spacing w:before="240" w:beforeAutospacing="0" w:line="276" w:lineRule="auto"/>
        <w:ind w:left="0" w:firstLine="567"/>
        <w:jc w:val="both"/>
        <w:rPr>
          <w:sz w:val="28"/>
          <w:szCs w:val="28"/>
        </w:rPr>
      </w:pPr>
      <w:r w:rsidRPr="00BB64BB">
        <w:rPr>
          <w:sz w:val="28"/>
          <w:szCs w:val="28"/>
        </w:rPr>
        <w:t>Регулярная проверка соблюдения работниками требований по защите персональных данных.</w:t>
      </w:r>
    </w:p>
    <w:p w14:paraId="5D8697E1" w14:textId="77777777" w:rsidR="000B1758" w:rsidRPr="00BB64BB" w:rsidRDefault="000B1758" w:rsidP="00F758F4">
      <w:pPr>
        <w:pStyle w:val="aff8"/>
        <w:numPr>
          <w:ilvl w:val="0"/>
          <w:numId w:val="30"/>
        </w:numPr>
        <w:tabs>
          <w:tab w:val="clear" w:pos="720"/>
          <w:tab w:val="num" w:pos="1134"/>
        </w:tabs>
        <w:spacing w:before="240" w:beforeAutospacing="0" w:line="276" w:lineRule="auto"/>
        <w:ind w:left="0" w:firstLine="567"/>
        <w:jc w:val="both"/>
        <w:rPr>
          <w:sz w:val="28"/>
          <w:szCs w:val="28"/>
        </w:rPr>
      </w:pPr>
      <w:r w:rsidRPr="00BB64BB">
        <w:rPr>
          <w:sz w:val="28"/>
          <w:szCs w:val="28"/>
        </w:rPr>
        <w:t>Проведение внутреннего аудита безопасности персональных данных, в том числе в отношении информационных систем.</w:t>
      </w:r>
    </w:p>
    <w:p w14:paraId="0F7D6C6E" w14:textId="77777777" w:rsidR="000B1758" w:rsidRPr="00BB64BB" w:rsidRDefault="000B1758" w:rsidP="00F758F4">
      <w:pPr>
        <w:pStyle w:val="aff8"/>
        <w:numPr>
          <w:ilvl w:val="0"/>
          <w:numId w:val="30"/>
        </w:numPr>
        <w:tabs>
          <w:tab w:val="clear" w:pos="720"/>
          <w:tab w:val="num" w:pos="1134"/>
        </w:tabs>
        <w:spacing w:before="240" w:beforeAutospacing="0" w:line="276" w:lineRule="auto"/>
        <w:ind w:left="0" w:firstLine="567"/>
        <w:jc w:val="both"/>
        <w:rPr>
          <w:sz w:val="28"/>
          <w:szCs w:val="28"/>
        </w:rPr>
      </w:pPr>
      <w:r w:rsidRPr="00BB64BB">
        <w:rPr>
          <w:sz w:val="28"/>
          <w:szCs w:val="28"/>
        </w:rPr>
        <w:t>Устранение нарушений, выявленных по результатам проверок.</w:t>
      </w:r>
    </w:p>
    <w:p w14:paraId="59B57BB2" w14:textId="77777777" w:rsidR="000B1758" w:rsidRPr="00294B97" w:rsidRDefault="00656568" w:rsidP="00F758F4">
      <w:pPr>
        <w:pStyle w:val="aff8"/>
        <w:spacing w:before="240" w:beforeAutospacing="0" w:line="276" w:lineRule="auto"/>
        <w:ind w:firstLine="709"/>
        <w:jc w:val="both"/>
        <w:rPr>
          <w:b/>
          <w:bCs/>
          <w:sz w:val="28"/>
          <w:szCs w:val="28"/>
        </w:rPr>
      </w:pPr>
      <w:r w:rsidRPr="00294B97">
        <w:rPr>
          <w:rStyle w:val="af6"/>
          <w:b w:val="0"/>
          <w:bCs w:val="0"/>
          <w:sz w:val="28"/>
          <w:szCs w:val="28"/>
        </w:rPr>
        <w:t>6.</w:t>
      </w:r>
      <w:r w:rsidR="000B1758" w:rsidRPr="00294B97">
        <w:rPr>
          <w:rStyle w:val="af6"/>
          <w:b w:val="0"/>
          <w:bCs w:val="0"/>
          <w:sz w:val="28"/>
          <w:szCs w:val="28"/>
        </w:rPr>
        <w:t xml:space="preserve"> Учет и контроль инцидентов:</w:t>
      </w:r>
    </w:p>
    <w:p w14:paraId="22573D4C" w14:textId="77777777" w:rsidR="000B1758" w:rsidRPr="00BB64BB" w:rsidRDefault="000B1758" w:rsidP="00F758F4">
      <w:pPr>
        <w:pStyle w:val="aff8"/>
        <w:numPr>
          <w:ilvl w:val="0"/>
          <w:numId w:val="31"/>
        </w:numPr>
        <w:tabs>
          <w:tab w:val="clear" w:pos="720"/>
          <w:tab w:val="num" w:pos="1134"/>
        </w:tabs>
        <w:spacing w:before="240" w:beforeAutospacing="0" w:line="276" w:lineRule="auto"/>
        <w:ind w:left="0" w:firstLine="567"/>
        <w:jc w:val="both"/>
        <w:rPr>
          <w:sz w:val="28"/>
          <w:szCs w:val="28"/>
        </w:rPr>
      </w:pPr>
      <w:r w:rsidRPr="00BB64BB">
        <w:rPr>
          <w:sz w:val="28"/>
          <w:szCs w:val="28"/>
        </w:rPr>
        <w:t>Оценка последствий нарушения безопасности персональных данных.</w:t>
      </w:r>
    </w:p>
    <w:p w14:paraId="07D75A17" w14:textId="77777777" w:rsidR="000B1758" w:rsidRPr="00BB64BB" w:rsidRDefault="000B1758" w:rsidP="00F758F4">
      <w:pPr>
        <w:pStyle w:val="aff8"/>
        <w:numPr>
          <w:ilvl w:val="0"/>
          <w:numId w:val="31"/>
        </w:numPr>
        <w:tabs>
          <w:tab w:val="clear" w:pos="720"/>
          <w:tab w:val="num" w:pos="1134"/>
        </w:tabs>
        <w:spacing w:before="240" w:beforeAutospacing="0" w:line="276" w:lineRule="auto"/>
        <w:ind w:left="0" w:firstLine="567"/>
        <w:jc w:val="both"/>
        <w:rPr>
          <w:sz w:val="28"/>
          <w:szCs w:val="28"/>
        </w:rPr>
      </w:pPr>
      <w:r w:rsidRPr="00BB64BB">
        <w:rPr>
          <w:sz w:val="28"/>
          <w:szCs w:val="28"/>
        </w:rPr>
        <w:lastRenderedPageBreak/>
        <w:t>Уведомление уполномоченного органа по защите прав субъектов персональных данных (</w:t>
      </w:r>
      <w:proofErr w:type="spellStart"/>
      <w:r w:rsidRPr="00BB64BB">
        <w:rPr>
          <w:sz w:val="28"/>
          <w:szCs w:val="28"/>
        </w:rPr>
        <w:t>Роскомнадзора</w:t>
      </w:r>
      <w:proofErr w:type="spellEnd"/>
      <w:r w:rsidRPr="00BB64BB">
        <w:rPr>
          <w:sz w:val="28"/>
          <w:szCs w:val="28"/>
        </w:rPr>
        <w:t>) о случаях неправомерной обработки или утечки персональных данных, в установленные законодательством сроки.</w:t>
      </w:r>
    </w:p>
    <w:p w14:paraId="6BA7D0C9" w14:textId="77777777" w:rsidR="000B1758" w:rsidRPr="00BB64BB" w:rsidRDefault="000B1758" w:rsidP="00F758F4">
      <w:pPr>
        <w:pStyle w:val="aff8"/>
        <w:spacing w:before="240" w:beforeAutospacing="0" w:line="276" w:lineRule="auto"/>
        <w:ind w:firstLine="284"/>
        <w:jc w:val="both"/>
        <w:rPr>
          <w:sz w:val="28"/>
          <w:szCs w:val="28"/>
        </w:rPr>
      </w:pPr>
      <w:r w:rsidRPr="00BB64BB">
        <w:rPr>
          <w:sz w:val="28"/>
          <w:szCs w:val="28"/>
        </w:rPr>
        <w:t>Все меры реализуются с учетом категории и объема обрабатываемых персональных данных, специфики информационных систем и бизнес-процессов Оператора, уровня угроз и рисков.</w:t>
      </w:r>
    </w:p>
    <w:p w14:paraId="2001A436" w14:textId="77777777" w:rsidR="000B1758" w:rsidRPr="00BB64BB" w:rsidRDefault="00166F84" w:rsidP="00294B97">
      <w:pPr>
        <w:pStyle w:val="31"/>
        <w:spacing w:before="240"/>
        <w:jc w:val="center"/>
        <w:rPr>
          <w:rFonts w:ascii="Times New Roman" w:hAnsi="Times New Roman" w:cs="Times New Roman"/>
          <w:color w:val="auto"/>
          <w:szCs w:val="28"/>
          <w:lang w:val="ru-RU"/>
        </w:rPr>
      </w:pPr>
      <w:r>
        <w:rPr>
          <w:rFonts w:ascii="Times New Roman" w:hAnsi="Times New Roman" w:cs="Times New Roman"/>
          <w:color w:val="auto"/>
          <w:szCs w:val="28"/>
          <w:lang w:val="ru-RU"/>
        </w:rPr>
        <w:t>8</w:t>
      </w:r>
      <w:r w:rsidR="000B1758" w:rsidRPr="00BB64BB">
        <w:rPr>
          <w:rFonts w:ascii="Times New Roman" w:hAnsi="Times New Roman" w:cs="Times New Roman"/>
          <w:color w:val="auto"/>
          <w:szCs w:val="28"/>
          <w:lang w:val="ru-RU"/>
        </w:rPr>
        <w:t>. Трансграничная передача персональных данных</w:t>
      </w:r>
    </w:p>
    <w:p w14:paraId="7A056263" w14:textId="77777777" w:rsidR="000B1758" w:rsidRPr="00BB64BB" w:rsidRDefault="000B1758" w:rsidP="00F758F4">
      <w:pPr>
        <w:pStyle w:val="aff8"/>
        <w:spacing w:before="240" w:beforeAutospacing="0" w:line="276" w:lineRule="auto"/>
        <w:ind w:firstLine="284"/>
        <w:jc w:val="both"/>
        <w:rPr>
          <w:sz w:val="28"/>
          <w:szCs w:val="28"/>
        </w:rPr>
      </w:pPr>
      <w:r w:rsidRPr="00BB64BB">
        <w:rPr>
          <w:sz w:val="28"/>
          <w:szCs w:val="28"/>
        </w:rPr>
        <w:t>Оператор вправе осуществлять трансграничную передачу персональных данных на территорию иностранных государств только в случаях, установленных действующим законодательством Российской Федерации.</w:t>
      </w:r>
    </w:p>
    <w:p w14:paraId="3B9C67B3" w14:textId="77777777" w:rsidR="000B1758" w:rsidRPr="00294B97" w:rsidRDefault="000B1758" w:rsidP="00F758F4">
      <w:pPr>
        <w:pStyle w:val="aff8"/>
        <w:spacing w:before="240" w:beforeAutospacing="0" w:line="276" w:lineRule="auto"/>
        <w:ind w:firstLine="284"/>
        <w:jc w:val="both"/>
        <w:rPr>
          <w:b/>
          <w:bCs/>
          <w:sz w:val="28"/>
          <w:szCs w:val="28"/>
        </w:rPr>
      </w:pPr>
      <w:r w:rsidRPr="00294B97">
        <w:rPr>
          <w:rStyle w:val="af6"/>
          <w:b w:val="0"/>
          <w:bCs w:val="0"/>
          <w:sz w:val="28"/>
          <w:szCs w:val="28"/>
        </w:rPr>
        <w:t>Передача персональных данных на территорию иностранного государства возможна при соблюдении следующих условий:</w:t>
      </w:r>
    </w:p>
    <w:p w14:paraId="7A43220E" w14:textId="77777777" w:rsidR="000B1758" w:rsidRPr="00BB64BB" w:rsidRDefault="000B1758" w:rsidP="00F758F4">
      <w:pPr>
        <w:pStyle w:val="aff8"/>
        <w:numPr>
          <w:ilvl w:val="0"/>
          <w:numId w:val="32"/>
        </w:numPr>
        <w:tabs>
          <w:tab w:val="clear" w:pos="928"/>
          <w:tab w:val="num" w:pos="993"/>
        </w:tabs>
        <w:spacing w:before="240" w:beforeAutospacing="0" w:line="276" w:lineRule="auto"/>
        <w:ind w:left="0" w:firstLine="567"/>
        <w:jc w:val="both"/>
        <w:rPr>
          <w:sz w:val="28"/>
          <w:szCs w:val="28"/>
        </w:rPr>
      </w:pPr>
      <w:r w:rsidRPr="00BB64BB">
        <w:rPr>
          <w:rStyle w:val="af6"/>
          <w:b w:val="0"/>
          <w:sz w:val="28"/>
          <w:szCs w:val="28"/>
        </w:rPr>
        <w:t>Наличие письменного согласия субъекта персональных данных</w:t>
      </w:r>
      <w:r w:rsidRPr="00BB64BB">
        <w:rPr>
          <w:sz w:val="28"/>
          <w:szCs w:val="28"/>
        </w:rPr>
        <w:t xml:space="preserve"> на трансграничную передачу его персональных данных, за исключением случаев, предусмотренных законодательством Российской Федерации.</w:t>
      </w:r>
    </w:p>
    <w:p w14:paraId="7C7E5FBB" w14:textId="77777777" w:rsidR="000B1758" w:rsidRPr="00BB64BB" w:rsidRDefault="000B1758" w:rsidP="00F758F4">
      <w:pPr>
        <w:pStyle w:val="aff8"/>
        <w:numPr>
          <w:ilvl w:val="0"/>
          <w:numId w:val="32"/>
        </w:numPr>
        <w:tabs>
          <w:tab w:val="clear" w:pos="928"/>
          <w:tab w:val="num" w:pos="993"/>
        </w:tabs>
        <w:spacing w:before="240" w:beforeAutospacing="0" w:line="276" w:lineRule="auto"/>
        <w:ind w:left="0" w:firstLine="567"/>
        <w:jc w:val="both"/>
        <w:rPr>
          <w:sz w:val="28"/>
          <w:szCs w:val="28"/>
        </w:rPr>
      </w:pPr>
      <w:r w:rsidRPr="00BB64BB">
        <w:rPr>
          <w:rStyle w:val="af6"/>
          <w:b w:val="0"/>
          <w:sz w:val="28"/>
          <w:szCs w:val="28"/>
        </w:rPr>
        <w:t>Передача осуществляется на территорию иностранных государств, обеспечивающих адекватную защиту прав субъектов персональных данных.</w:t>
      </w:r>
      <w:r w:rsidRPr="00BB64BB">
        <w:rPr>
          <w:sz w:val="28"/>
          <w:szCs w:val="28"/>
        </w:rPr>
        <w:t xml:space="preserve"> Перечень таких государств утвержден уполномоченным органом по защите прав субъектов персональных данных.</w:t>
      </w:r>
    </w:p>
    <w:p w14:paraId="172B7176" w14:textId="77777777" w:rsidR="000B1758" w:rsidRPr="00BB64BB" w:rsidRDefault="000B1758" w:rsidP="00F758F4">
      <w:pPr>
        <w:pStyle w:val="aff8"/>
        <w:numPr>
          <w:ilvl w:val="0"/>
          <w:numId w:val="32"/>
        </w:numPr>
        <w:tabs>
          <w:tab w:val="clear" w:pos="928"/>
          <w:tab w:val="num" w:pos="993"/>
        </w:tabs>
        <w:spacing w:before="240" w:beforeAutospacing="0" w:line="276" w:lineRule="auto"/>
        <w:ind w:left="0" w:firstLine="567"/>
        <w:jc w:val="both"/>
        <w:rPr>
          <w:sz w:val="28"/>
          <w:szCs w:val="28"/>
        </w:rPr>
      </w:pPr>
      <w:r w:rsidRPr="00BB64BB">
        <w:rPr>
          <w:rStyle w:val="af6"/>
          <w:b w:val="0"/>
          <w:sz w:val="28"/>
          <w:szCs w:val="28"/>
        </w:rPr>
        <w:t>Если иностранное государство не обеспечивает адекватную защиту прав субъектов персональных данных,</w:t>
      </w:r>
      <w:r w:rsidRPr="00BB64BB">
        <w:rPr>
          <w:sz w:val="28"/>
          <w:szCs w:val="28"/>
        </w:rPr>
        <w:t xml:space="preserve"> трансграничная передача может осуществляться только при наличии одного из следующих условий:</w:t>
      </w:r>
    </w:p>
    <w:p w14:paraId="78AC7E53" w14:textId="77777777" w:rsidR="00F758F4" w:rsidRDefault="00F758F4" w:rsidP="00F758F4">
      <w:pPr>
        <w:pStyle w:val="aff8"/>
        <w:spacing w:before="240" w:beforeAutospacing="0" w:line="276" w:lineRule="auto"/>
        <w:jc w:val="both"/>
        <w:rPr>
          <w:sz w:val="28"/>
          <w:szCs w:val="28"/>
        </w:rPr>
      </w:pPr>
      <w:r>
        <w:rPr>
          <w:sz w:val="28"/>
          <w:szCs w:val="28"/>
        </w:rPr>
        <w:t xml:space="preserve">- </w:t>
      </w:r>
      <w:r w:rsidR="000B1758" w:rsidRPr="00BB64BB">
        <w:rPr>
          <w:sz w:val="28"/>
          <w:szCs w:val="28"/>
        </w:rPr>
        <w:t>получения письменного согласия субъекта персональных данных на трансграничную передачу;</w:t>
      </w:r>
    </w:p>
    <w:p w14:paraId="0C773AC7" w14:textId="77777777" w:rsidR="00F758F4" w:rsidRDefault="00F758F4" w:rsidP="00F758F4">
      <w:pPr>
        <w:pStyle w:val="aff8"/>
        <w:spacing w:before="240" w:beforeAutospacing="0" w:line="276" w:lineRule="auto"/>
        <w:jc w:val="both"/>
        <w:rPr>
          <w:sz w:val="28"/>
          <w:szCs w:val="28"/>
        </w:rPr>
      </w:pPr>
      <w:r>
        <w:rPr>
          <w:sz w:val="28"/>
          <w:szCs w:val="28"/>
        </w:rPr>
        <w:t xml:space="preserve">- </w:t>
      </w:r>
      <w:proofErr w:type="spellStart"/>
      <w:r w:rsidR="000B1758" w:rsidRPr="00BB64BB">
        <w:rPr>
          <w:sz w:val="28"/>
          <w:szCs w:val="28"/>
        </w:rPr>
        <w:t>предусмотренности</w:t>
      </w:r>
      <w:proofErr w:type="spellEnd"/>
      <w:r w:rsidR="000B1758" w:rsidRPr="00BB64BB">
        <w:rPr>
          <w:sz w:val="28"/>
          <w:szCs w:val="28"/>
        </w:rPr>
        <w:t xml:space="preserve"> такой передачи международным договором Российской Федерации;</w:t>
      </w:r>
    </w:p>
    <w:p w14:paraId="5516AB40" w14:textId="77777777" w:rsidR="00F758F4" w:rsidRDefault="00F758F4" w:rsidP="00F758F4">
      <w:pPr>
        <w:pStyle w:val="aff8"/>
        <w:spacing w:before="240" w:beforeAutospacing="0" w:line="276" w:lineRule="auto"/>
        <w:jc w:val="both"/>
        <w:rPr>
          <w:sz w:val="28"/>
          <w:szCs w:val="28"/>
        </w:rPr>
      </w:pPr>
      <w:r>
        <w:rPr>
          <w:sz w:val="28"/>
          <w:szCs w:val="28"/>
        </w:rPr>
        <w:t xml:space="preserve">- </w:t>
      </w:r>
      <w:r w:rsidR="000B1758" w:rsidRPr="00BB64BB">
        <w:rPr>
          <w:sz w:val="28"/>
          <w:szCs w:val="28"/>
        </w:rPr>
        <w:t>исполнения договора, стороной которого является субъект персональных данных;</w:t>
      </w:r>
    </w:p>
    <w:p w14:paraId="61B4909D" w14:textId="77777777" w:rsidR="00E37D26" w:rsidRDefault="00F758F4" w:rsidP="00E37D26">
      <w:pPr>
        <w:pStyle w:val="aff8"/>
        <w:spacing w:before="240" w:beforeAutospacing="0" w:line="276" w:lineRule="auto"/>
        <w:jc w:val="both"/>
        <w:rPr>
          <w:sz w:val="28"/>
          <w:szCs w:val="28"/>
        </w:rPr>
      </w:pPr>
      <w:r>
        <w:rPr>
          <w:sz w:val="28"/>
          <w:szCs w:val="28"/>
        </w:rPr>
        <w:lastRenderedPageBreak/>
        <w:t xml:space="preserve">- </w:t>
      </w:r>
      <w:r w:rsidR="000B1758" w:rsidRPr="00BB64BB">
        <w:rPr>
          <w:sz w:val="28"/>
          <w:szCs w:val="28"/>
        </w:rPr>
        <w:t>защиты жизни, здоровья или иных жизненно важных интересов субъекта персональных данных или иных лиц, если получение согласия невозможно;</w:t>
      </w:r>
    </w:p>
    <w:p w14:paraId="671CB31F" w14:textId="77777777" w:rsidR="000B1758" w:rsidRPr="00BB64BB" w:rsidRDefault="00E37D26" w:rsidP="00E37D26">
      <w:pPr>
        <w:pStyle w:val="aff8"/>
        <w:spacing w:before="240" w:beforeAutospacing="0" w:line="276" w:lineRule="auto"/>
        <w:jc w:val="both"/>
        <w:rPr>
          <w:sz w:val="28"/>
          <w:szCs w:val="28"/>
        </w:rPr>
      </w:pPr>
      <w:r>
        <w:rPr>
          <w:sz w:val="28"/>
          <w:szCs w:val="28"/>
        </w:rPr>
        <w:t xml:space="preserve">- </w:t>
      </w:r>
      <w:r w:rsidR="000B1758" w:rsidRPr="00BB64BB">
        <w:rPr>
          <w:sz w:val="28"/>
          <w:szCs w:val="28"/>
        </w:rPr>
        <w:t>осуществления правосудия или исполнения судебного акта.</w:t>
      </w:r>
    </w:p>
    <w:p w14:paraId="53108F2B" w14:textId="77777777" w:rsidR="000B1758" w:rsidRPr="00C910CF" w:rsidRDefault="000B1758" w:rsidP="00E37D26">
      <w:pPr>
        <w:pStyle w:val="aff8"/>
        <w:spacing w:before="240" w:beforeAutospacing="0" w:line="276" w:lineRule="auto"/>
        <w:ind w:firstLine="284"/>
        <w:jc w:val="both"/>
        <w:rPr>
          <w:b/>
          <w:bCs/>
          <w:sz w:val="28"/>
          <w:szCs w:val="28"/>
        </w:rPr>
      </w:pPr>
      <w:r w:rsidRPr="00C910CF">
        <w:rPr>
          <w:rStyle w:val="af6"/>
          <w:b w:val="0"/>
          <w:bCs w:val="0"/>
          <w:sz w:val="28"/>
          <w:szCs w:val="28"/>
        </w:rPr>
        <w:t>Оператор при трансграничной передаче персональных данных обязан:</w:t>
      </w:r>
    </w:p>
    <w:p w14:paraId="3D513578" w14:textId="77777777" w:rsidR="000B1758" w:rsidRPr="00BB64BB" w:rsidRDefault="000B1758" w:rsidP="00E37D26">
      <w:pPr>
        <w:pStyle w:val="aff8"/>
        <w:numPr>
          <w:ilvl w:val="0"/>
          <w:numId w:val="33"/>
        </w:numPr>
        <w:tabs>
          <w:tab w:val="clear" w:pos="720"/>
          <w:tab w:val="num" w:pos="1134"/>
        </w:tabs>
        <w:spacing w:before="240" w:beforeAutospacing="0" w:line="276" w:lineRule="auto"/>
        <w:ind w:left="0" w:firstLine="567"/>
        <w:jc w:val="both"/>
        <w:rPr>
          <w:sz w:val="28"/>
          <w:szCs w:val="28"/>
        </w:rPr>
      </w:pPr>
      <w:r w:rsidRPr="00BB64BB">
        <w:rPr>
          <w:sz w:val="28"/>
          <w:szCs w:val="28"/>
        </w:rPr>
        <w:t>обеспечить соблюдение требований к защите персональных данных, установленных законодательством Российской Федерации;</w:t>
      </w:r>
    </w:p>
    <w:p w14:paraId="6F7D160E" w14:textId="77777777" w:rsidR="000B1758" w:rsidRPr="00BB64BB" w:rsidRDefault="000B1758" w:rsidP="00E37D26">
      <w:pPr>
        <w:pStyle w:val="aff8"/>
        <w:numPr>
          <w:ilvl w:val="0"/>
          <w:numId w:val="33"/>
        </w:numPr>
        <w:tabs>
          <w:tab w:val="clear" w:pos="720"/>
          <w:tab w:val="num" w:pos="1134"/>
        </w:tabs>
        <w:spacing w:before="240" w:beforeAutospacing="0" w:line="276" w:lineRule="auto"/>
        <w:ind w:left="0" w:firstLine="567"/>
        <w:jc w:val="both"/>
        <w:rPr>
          <w:sz w:val="28"/>
          <w:szCs w:val="28"/>
        </w:rPr>
      </w:pPr>
      <w:r w:rsidRPr="00BB64BB">
        <w:rPr>
          <w:sz w:val="28"/>
          <w:szCs w:val="28"/>
        </w:rPr>
        <w:t>заключить с иностранным контрагентом договор (соглашение) о поручении обработки персональных данных (при необходимости), содержащий положения, гарантирующие надлежащую защиту персональных данных;</w:t>
      </w:r>
    </w:p>
    <w:p w14:paraId="2CC412A5" w14:textId="77777777" w:rsidR="000B1758" w:rsidRPr="00BB64BB" w:rsidRDefault="000B1758" w:rsidP="00E37D26">
      <w:pPr>
        <w:pStyle w:val="aff8"/>
        <w:numPr>
          <w:ilvl w:val="0"/>
          <w:numId w:val="33"/>
        </w:numPr>
        <w:tabs>
          <w:tab w:val="clear" w:pos="720"/>
          <w:tab w:val="num" w:pos="1134"/>
        </w:tabs>
        <w:spacing w:before="240" w:beforeAutospacing="0" w:line="276" w:lineRule="auto"/>
        <w:ind w:left="0" w:firstLine="567"/>
        <w:jc w:val="both"/>
        <w:rPr>
          <w:sz w:val="28"/>
          <w:szCs w:val="28"/>
        </w:rPr>
      </w:pPr>
      <w:r w:rsidRPr="00BB64BB">
        <w:rPr>
          <w:sz w:val="28"/>
          <w:szCs w:val="28"/>
        </w:rPr>
        <w:t>вести учет фактов трансграничной передачи персональных данных.</w:t>
      </w:r>
    </w:p>
    <w:p w14:paraId="790C0BA5" w14:textId="77777777" w:rsidR="000B1758" w:rsidRPr="00BB64BB" w:rsidRDefault="000B1758" w:rsidP="00E37D26">
      <w:pPr>
        <w:pStyle w:val="aff8"/>
        <w:spacing w:before="240" w:beforeAutospacing="0" w:line="276" w:lineRule="auto"/>
        <w:ind w:firstLine="284"/>
        <w:jc w:val="both"/>
        <w:rPr>
          <w:sz w:val="28"/>
          <w:szCs w:val="28"/>
        </w:rPr>
      </w:pPr>
      <w:r w:rsidRPr="00BB64BB">
        <w:rPr>
          <w:sz w:val="28"/>
          <w:szCs w:val="28"/>
        </w:rPr>
        <w:t>Трансграничная передача персональных данных на территорию государств, не обеспечивающих адекватную защиту прав субъектов, осуществляется строго в соответствии с положениями статьи 12 Федерального закона от 27.07.2006 № 152-ФЗ «О персональных данных».</w:t>
      </w:r>
    </w:p>
    <w:p w14:paraId="5E27B2A0" w14:textId="77777777" w:rsidR="000B1758" w:rsidRPr="00BB64BB" w:rsidRDefault="000B1758" w:rsidP="00B42033">
      <w:pPr>
        <w:spacing w:before="240"/>
        <w:jc w:val="both"/>
        <w:rPr>
          <w:rFonts w:cs="Times New Roman"/>
          <w:szCs w:val="28"/>
          <w:lang w:val="ru-RU"/>
        </w:rPr>
      </w:pPr>
    </w:p>
    <w:sectPr w:rsidR="000B1758" w:rsidRPr="00BB64BB" w:rsidSect="00A72811">
      <w:footerReference w:type="default" r:id="rId8"/>
      <w:pgSz w:w="12240" w:h="15840"/>
      <w:pgMar w:top="1440" w:right="900"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1AB58" w14:textId="77777777" w:rsidR="00332A95" w:rsidRDefault="00332A95" w:rsidP="00332A95">
      <w:pPr>
        <w:spacing w:after="0" w:line="240" w:lineRule="auto"/>
      </w:pPr>
      <w:r>
        <w:separator/>
      </w:r>
    </w:p>
  </w:endnote>
  <w:endnote w:type="continuationSeparator" w:id="0">
    <w:p w14:paraId="4413BE39" w14:textId="77777777" w:rsidR="00332A95" w:rsidRDefault="00332A95" w:rsidP="00332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1637378"/>
      <w:docPartObj>
        <w:docPartGallery w:val="Page Numbers (Bottom of Page)"/>
        <w:docPartUnique/>
      </w:docPartObj>
    </w:sdtPr>
    <w:sdtEndPr/>
    <w:sdtContent>
      <w:p w14:paraId="6A1D50A8" w14:textId="77777777" w:rsidR="00332A95" w:rsidRDefault="00332A95">
        <w:pPr>
          <w:pStyle w:val="a7"/>
          <w:jc w:val="center"/>
        </w:pPr>
        <w:r>
          <w:fldChar w:fldCharType="begin"/>
        </w:r>
        <w:r>
          <w:instrText>PAGE   \* MERGEFORMAT</w:instrText>
        </w:r>
        <w:r>
          <w:fldChar w:fldCharType="separate"/>
        </w:r>
        <w:r w:rsidR="001132F6" w:rsidRPr="001132F6">
          <w:rPr>
            <w:noProof/>
            <w:lang w:val="ru-RU"/>
          </w:rPr>
          <w:t>16</w:t>
        </w:r>
        <w:r>
          <w:fldChar w:fldCharType="end"/>
        </w:r>
      </w:p>
    </w:sdtContent>
  </w:sdt>
  <w:p w14:paraId="01AC1D8B" w14:textId="77777777" w:rsidR="00332A95" w:rsidRDefault="00332A9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FC7D5E" w14:textId="77777777" w:rsidR="00332A95" w:rsidRDefault="00332A95" w:rsidP="00332A95">
      <w:pPr>
        <w:spacing w:after="0" w:line="240" w:lineRule="auto"/>
      </w:pPr>
      <w:r>
        <w:separator/>
      </w:r>
    </w:p>
  </w:footnote>
  <w:footnote w:type="continuationSeparator" w:id="0">
    <w:p w14:paraId="6C287FAE" w14:textId="77777777" w:rsidR="00332A95" w:rsidRDefault="00332A95" w:rsidP="00332A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9420A4"/>
    <w:multiLevelType w:val="multilevel"/>
    <w:tmpl w:val="F5C6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FF24CD"/>
    <w:multiLevelType w:val="multilevel"/>
    <w:tmpl w:val="0D3A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702D20"/>
    <w:multiLevelType w:val="multilevel"/>
    <w:tmpl w:val="E25E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BF090F"/>
    <w:multiLevelType w:val="multilevel"/>
    <w:tmpl w:val="7302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B45647"/>
    <w:multiLevelType w:val="multilevel"/>
    <w:tmpl w:val="4FB8A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457238"/>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381954"/>
    <w:multiLevelType w:val="multilevel"/>
    <w:tmpl w:val="C7E08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CE5B9B"/>
    <w:multiLevelType w:val="multilevel"/>
    <w:tmpl w:val="166E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3F0C4D"/>
    <w:multiLevelType w:val="multilevel"/>
    <w:tmpl w:val="3446E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8C794E"/>
    <w:multiLevelType w:val="multilevel"/>
    <w:tmpl w:val="F670BF80"/>
    <w:lvl w:ilvl="0">
      <w:start w:val="1"/>
      <w:numFmt w:val="decimal"/>
      <w:lvlText w:val="%1."/>
      <w:lvlJc w:val="left"/>
      <w:pPr>
        <w:tabs>
          <w:tab w:val="num" w:pos="928"/>
        </w:tabs>
        <w:ind w:left="928" w:hanging="360"/>
      </w:pPr>
    </w:lvl>
    <w:lvl w:ilvl="1">
      <w:start w:val="1"/>
      <w:numFmt w:val="bullet"/>
      <w:lvlText w:val="o"/>
      <w:lvlJc w:val="left"/>
      <w:pPr>
        <w:tabs>
          <w:tab w:val="num" w:pos="1648"/>
        </w:tabs>
        <w:ind w:left="1648" w:hanging="360"/>
      </w:pPr>
      <w:rPr>
        <w:rFonts w:ascii="Courier New" w:hAnsi="Courier New" w:hint="default"/>
        <w:sz w:val="20"/>
      </w:r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19" w15:restartNumberingAfterBreak="0">
    <w:nsid w:val="208E107E"/>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5614EE"/>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447C84"/>
    <w:multiLevelType w:val="hybridMultilevel"/>
    <w:tmpl w:val="5EAC7898"/>
    <w:lvl w:ilvl="0" w:tplc="C6F4F8EC">
      <w:start w:val="1"/>
      <w:numFmt w:val="bullet"/>
      <w:lvlText w:val=""/>
      <w:lvlJc w:val="left"/>
      <w:pPr>
        <w:ind w:left="1004" w:hanging="360"/>
      </w:pPr>
      <w:rPr>
        <w:rFonts w:ascii="Symbol" w:hAnsi="Symbol" w:hint="default"/>
        <w:sz w:val="20"/>
        <w:szCs w:val="2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15:restartNumberingAfterBreak="0">
    <w:nsid w:val="34CA5F69"/>
    <w:multiLevelType w:val="multilevel"/>
    <w:tmpl w:val="F574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A8512A"/>
    <w:multiLevelType w:val="multilevel"/>
    <w:tmpl w:val="F8D4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C84BED"/>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B9172C0"/>
    <w:multiLevelType w:val="multilevel"/>
    <w:tmpl w:val="F588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C06344"/>
    <w:multiLevelType w:val="multilevel"/>
    <w:tmpl w:val="EC24E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150AF9"/>
    <w:multiLevelType w:val="multilevel"/>
    <w:tmpl w:val="56EA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B57247"/>
    <w:multiLevelType w:val="multilevel"/>
    <w:tmpl w:val="B052EE22"/>
    <w:lvl w:ilvl="0">
      <w:start w:val="1"/>
      <w:numFmt w:val="decimal"/>
      <w:lvlText w:val="%1."/>
      <w:lvlJc w:val="left"/>
      <w:pPr>
        <w:tabs>
          <w:tab w:val="num" w:pos="720"/>
        </w:tabs>
        <w:ind w:left="720" w:hanging="360"/>
      </w:pPr>
      <w:rPr>
        <w:b w:val="0"/>
        <w:bCs w:val="0"/>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EC17E70"/>
    <w:multiLevelType w:val="multilevel"/>
    <w:tmpl w:val="A08A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FB3A1B"/>
    <w:multiLevelType w:val="multilevel"/>
    <w:tmpl w:val="C4C8C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522ED7"/>
    <w:multiLevelType w:val="multilevel"/>
    <w:tmpl w:val="540E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76433C"/>
    <w:multiLevelType w:val="multilevel"/>
    <w:tmpl w:val="21F8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476519"/>
    <w:multiLevelType w:val="multilevel"/>
    <w:tmpl w:val="966634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8DA6620"/>
    <w:multiLevelType w:val="multilevel"/>
    <w:tmpl w:val="41DE3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E2740D"/>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D7229C"/>
    <w:multiLevelType w:val="multilevel"/>
    <w:tmpl w:val="ECE6C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387F4E"/>
    <w:multiLevelType w:val="multilevel"/>
    <w:tmpl w:val="57361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702371"/>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3B02ED1"/>
    <w:multiLevelType w:val="multilevel"/>
    <w:tmpl w:val="26E22F36"/>
    <w:lvl w:ilvl="0">
      <w:start w:val="1"/>
      <w:numFmt w:val="decimal"/>
      <w:lvlText w:val="%1."/>
      <w:lvlJc w:val="left"/>
      <w:pPr>
        <w:tabs>
          <w:tab w:val="num" w:pos="720"/>
        </w:tabs>
        <w:ind w:left="720" w:hanging="360"/>
      </w:pPr>
      <w:rPr>
        <w:b w:val="0"/>
        <w:bCs w:val="0"/>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045816"/>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85D16AB"/>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9163F91"/>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9C441E1"/>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E7C55D7"/>
    <w:multiLevelType w:val="multilevel"/>
    <w:tmpl w:val="E51AA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B569E1"/>
    <w:multiLevelType w:val="multilevel"/>
    <w:tmpl w:val="FD402A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F8227DC"/>
    <w:multiLevelType w:val="multilevel"/>
    <w:tmpl w:val="B4F8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EA3AE2"/>
    <w:multiLevelType w:val="multilevel"/>
    <w:tmpl w:val="84427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3"/>
  </w:num>
  <w:num w:numId="11">
    <w:abstractNumId w:val="33"/>
  </w:num>
  <w:num w:numId="12">
    <w:abstractNumId w:val="25"/>
  </w:num>
  <w:num w:numId="13">
    <w:abstractNumId w:val="32"/>
  </w:num>
  <w:num w:numId="14">
    <w:abstractNumId w:val="37"/>
  </w:num>
  <w:num w:numId="15">
    <w:abstractNumId w:val="47"/>
  </w:num>
  <w:num w:numId="16">
    <w:abstractNumId w:val="27"/>
  </w:num>
  <w:num w:numId="17">
    <w:abstractNumId w:val="12"/>
  </w:num>
  <w:num w:numId="18">
    <w:abstractNumId w:val="13"/>
  </w:num>
  <w:num w:numId="19">
    <w:abstractNumId w:val="30"/>
  </w:num>
  <w:num w:numId="20">
    <w:abstractNumId w:val="10"/>
  </w:num>
  <w:num w:numId="21">
    <w:abstractNumId w:val="31"/>
  </w:num>
  <w:num w:numId="22">
    <w:abstractNumId w:val="46"/>
  </w:num>
  <w:num w:numId="23">
    <w:abstractNumId w:val="22"/>
  </w:num>
  <w:num w:numId="24">
    <w:abstractNumId w:val="16"/>
  </w:num>
  <w:num w:numId="25">
    <w:abstractNumId w:val="15"/>
  </w:num>
  <w:num w:numId="26">
    <w:abstractNumId w:val="26"/>
  </w:num>
  <w:num w:numId="27">
    <w:abstractNumId w:val="17"/>
  </w:num>
  <w:num w:numId="28">
    <w:abstractNumId w:val="44"/>
  </w:num>
  <w:num w:numId="29">
    <w:abstractNumId w:val="29"/>
  </w:num>
  <w:num w:numId="30">
    <w:abstractNumId w:val="34"/>
  </w:num>
  <w:num w:numId="31">
    <w:abstractNumId w:val="11"/>
  </w:num>
  <w:num w:numId="32">
    <w:abstractNumId w:val="18"/>
  </w:num>
  <w:num w:numId="33">
    <w:abstractNumId w:val="9"/>
  </w:num>
  <w:num w:numId="34">
    <w:abstractNumId w:val="36"/>
  </w:num>
  <w:num w:numId="35">
    <w:abstractNumId w:val="21"/>
  </w:num>
  <w:num w:numId="36">
    <w:abstractNumId w:val="24"/>
  </w:num>
  <w:num w:numId="37">
    <w:abstractNumId w:val="42"/>
  </w:num>
  <w:num w:numId="38">
    <w:abstractNumId w:val="38"/>
  </w:num>
  <w:num w:numId="39">
    <w:abstractNumId w:val="40"/>
  </w:num>
  <w:num w:numId="40">
    <w:abstractNumId w:val="43"/>
  </w:num>
  <w:num w:numId="41">
    <w:abstractNumId w:val="20"/>
  </w:num>
  <w:num w:numId="42">
    <w:abstractNumId w:val="19"/>
  </w:num>
  <w:num w:numId="43">
    <w:abstractNumId w:val="41"/>
  </w:num>
  <w:num w:numId="44">
    <w:abstractNumId w:val="35"/>
  </w:num>
  <w:num w:numId="45">
    <w:abstractNumId w:val="45"/>
  </w:num>
  <w:num w:numId="46">
    <w:abstractNumId w:val="14"/>
  </w:num>
  <w:num w:numId="47">
    <w:abstractNumId w:val="28"/>
  </w:num>
  <w:num w:numId="4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5867"/>
    <w:rsid w:val="000B1758"/>
    <w:rsid w:val="001132F6"/>
    <w:rsid w:val="0015074B"/>
    <w:rsid w:val="00166F84"/>
    <w:rsid w:val="0024512F"/>
    <w:rsid w:val="00294B97"/>
    <w:rsid w:val="0029639D"/>
    <w:rsid w:val="002B3A58"/>
    <w:rsid w:val="0030392E"/>
    <w:rsid w:val="00326F90"/>
    <w:rsid w:val="00332A95"/>
    <w:rsid w:val="003447E3"/>
    <w:rsid w:val="00371AE3"/>
    <w:rsid w:val="003873A3"/>
    <w:rsid w:val="00432376"/>
    <w:rsid w:val="004B68A0"/>
    <w:rsid w:val="0050358A"/>
    <w:rsid w:val="00656568"/>
    <w:rsid w:val="007664CA"/>
    <w:rsid w:val="007D5270"/>
    <w:rsid w:val="00837AEB"/>
    <w:rsid w:val="0087378D"/>
    <w:rsid w:val="00895DBD"/>
    <w:rsid w:val="009D0DCC"/>
    <w:rsid w:val="00A11CA9"/>
    <w:rsid w:val="00A239EE"/>
    <w:rsid w:val="00A72811"/>
    <w:rsid w:val="00A861C4"/>
    <w:rsid w:val="00AA1D8D"/>
    <w:rsid w:val="00AA354F"/>
    <w:rsid w:val="00AE4C79"/>
    <w:rsid w:val="00B42033"/>
    <w:rsid w:val="00B47730"/>
    <w:rsid w:val="00BB64BB"/>
    <w:rsid w:val="00C425D9"/>
    <w:rsid w:val="00C51200"/>
    <w:rsid w:val="00C63DD9"/>
    <w:rsid w:val="00C70D77"/>
    <w:rsid w:val="00C910CF"/>
    <w:rsid w:val="00CB0664"/>
    <w:rsid w:val="00D64BCD"/>
    <w:rsid w:val="00E37D26"/>
    <w:rsid w:val="00F758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C40BE5"/>
  <w14:defaultImageDpi w14:val="300"/>
  <w15:docId w15:val="{43E6EFCF-2B77-4394-835B-1A989CE71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0B1758"/>
    <w:pPr>
      <w:spacing w:before="100" w:beforeAutospacing="1" w:after="100" w:afterAutospacing="1" w:line="240" w:lineRule="auto"/>
    </w:pPr>
    <w:rPr>
      <w:rFonts w:eastAsia="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903786">
      <w:bodyDiv w:val="1"/>
      <w:marLeft w:val="0"/>
      <w:marRight w:val="0"/>
      <w:marTop w:val="0"/>
      <w:marBottom w:val="0"/>
      <w:divBdr>
        <w:top w:val="none" w:sz="0" w:space="0" w:color="auto"/>
        <w:left w:val="none" w:sz="0" w:space="0" w:color="auto"/>
        <w:bottom w:val="none" w:sz="0" w:space="0" w:color="auto"/>
        <w:right w:val="none" w:sz="0" w:space="0" w:color="auto"/>
      </w:divBdr>
    </w:div>
    <w:div w:id="370737745">
      <w:bodyDiv w:val="1"/>
      <w:marLeft w:val="0"/>
      <w:marRight w:val="0"/>
      <w:marTop w:val="0"/>
      <w:marBottom w:val="0"/>
      <w:divBdr>
        <w:top w:val="none" w:sz="0" w:space="0" w:color="auto"/>
        <w:left w:val="none" w:sz="0" w:space="0" w:color="auto"/>
        <w:bottom w:val="none" w:sz="0" w:space="0" w:color="auto"/>
        <w:right w:val="none" w:sz="0" w:space="0" w:color="auto"/>
      </w:divBdr>
    </w:div>
    <w:div w:id="976184228">
      <w:bodyDiv w:val="1"/>
      <w:marLeft w:val="0"/>
      <w:marRight w:val="0"/>
      <w:marTop w:val="0"/>
      <w:marBottom w:val="0"/>
      <w:divBdr>
        <w:top w:val="none" w:sz="0" w:space="0" w:color="auto"/>
        <w:left w:val="none" w:sz="0" w:space="0" w:color="auto"/>
        <w:bottom w:val="none" w:sz="0" w:space="0" w:color="auto"/>
        <w:right w:val="none" w:sz="0" w:space="0" w:color="auto"/>
      </w:divBdr>
    </w:div>
    <w:div w:id="1936015244">
      <w:bodyDiv w:val="1"/>
      <w:marLeft w:val="0"/>
      <w:marRight w:val="0"/>
      <w:marTop w:val="0"/>
      <w:marBottom w:val="0"/>
      <w:divBdr>
        <w:top w:val="none" w:sz="0" w:space="0" w:color="auto"/>
        <w:left w:val="none" w:sz="0" w:space="0" w:color="auto"/>
        <w:bottom w:val="none" w:sz="0" w:space="0" w:color="auto"/>
        <w:right w:val="none" w:sz="0" w:space="0" w:color="auto"/>
      </w:divBdr>
    </w:div>
    <w:div w:id="1979215289">
      <w:bodyDiv w:val="1"/>
      <w:marLeft w:val="0"/>
      <w:marRight w:val="0"/>
      <w:marTop w:val="0"/>
      <w:marBottom w:val="0"/>
      <w:divBdr>
        <w:top w:val="none" w:sz="0" w:space="0" w:color="auto"/>
        <w:left w:val="none" w:sz="0" w:space="0" w:color="auto"/>
        <w:bottom w:val="none" w:sz="0" w:space="0" w:color="auto"/>
        <w:right w:val="none" w:sz="0" w:space="0" w:color="auto"/>
      </w:divBdr>
    </w:div>
    <w:div w:id="21152463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CFB74-6275-4E88-9956-867DFDA2A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16</Pages>
  <Words>3303</Words>
  <Characters>18832</Characters>
  <Application>Microsoft Office Word</Application>
  <DocSecurity>0</DocSecurity>
  <Lines>156</Lines>
  <Paragraphs>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22091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Баранов Кирилл Викторович</cp:lastModifiedBy>
  <cp:revision>14</cp:revision>
  <dcterms:created xsi:type="dcterms:W3CDTF">2025-05-29T09:39:00Z</dcterms:created>
  <dcterms:modified xsi:type="dcterms:W3CDTF">2025-06-02T03:05:00Z</dcterms:modified>
  <cp:category/>
</cp:coreProperties>
</file>